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B51" w:rsidRDefault="00E10B51">
      <w:pPr>
        <w:autoSpaceDE w:val="0"/>
        <w:autoSpaceDN w:val="0"/>
        <w:spacing w:after="78" w:line="220" w:lineRule="exact"/>
      </w:pPr>
    </w:p>
    <w:p w:rsidR="00E10B51" w:rsidRPr="004B3D16" w:rsidRDefault="002519B0">
      <w:pPr>
        <w:autoSpaceDE w:val="0"/>
        <w:autoSpaceDN w:val="0"/>
        <w:spacing w:after="0" w:line="230" w:lineRule="auto"/>
        <w:ind w:left="1494"/>
        <w:rPr>
          <w:lang w:val="ru-RU"/>
        </w:rPr>
      </w:pPr>
      <w:r w:rsidRPr="004B3D16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E10B51" w:rsidRPr="004B3D16" w:rsidRDefault="002519B0">
      <w:pPr>
        <w:autoSpaceDE w:val="0"/>
        <w:autoSpaceDN w:val="0"/>
        <w:spacing w:before="670" w:after="0" w:line="230" w:lineRule="auto"/>
        <w:ind w:left="2286"/>
        <w:rPr>
          <w:lang w:val="ru-RU"/>
        </w:rPr>
      </w:pP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Республики Татарстан</w:t>
      </w:r>
    </w:p>
    <w:p w:rsidR="00E10B51" w:rsidRPr="004B3D16" w:rsidRDefault="002519B0">
      <w:pPr>
        <w:autoSpaceDE w:val="0"/>
        <w:autoSpaceDN w:val="0"/>
        <w:spacing w:before="670" w:after="1376" w:line="230" w:lineRule="auto"/>
        <w:ind w:right="2412"/>
        <w:jc w:val="right"/>
        <w:rPr>
          <w:lang w:val="ru-RU"/>
        </w:rPr>
      </w:pP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ГБООУ «Болгарская санаторная школа-интернат»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82"/>
        <w:gridCol w:w="3540"/>
        <w:gridCol w:w="2720"/>
      </w:tblGrid>
      <w:tr w:rsidR="00E10B51">
        <w:trPr>
          <w:trHeight w:hRule="exact" w:val="274"/>
        </w:trPr>
        <w:tc>
          <w:tcPr>
            <w:tcW w:w="3082" w:type="dxa"/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4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540" w:type="dxa"/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48" w:after="0" w:line="230" w:lineRule="auto"/>
              <w:ind w:left="43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48"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E10B51">
        <w:trPr>
          <w:trHeight w:hRule="exact" w:val="276"/>
        </w:trPr>
        <w:tc>
          <w:tcPr>
            <w:tcW w:w="3082" w:type="dxa"/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ШМО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учителей-предметников</w:t>
            </w:r>
          </w:p>
        </w:tc>
        <w:tc>
          <w:tcPr>
            <w:tcW w:w="3540" w:type="dxa"/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Заместитель директора по УВР</w:t>
            </w: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</w:t>
            </w:r>
          </w:p>
        </w:tc>
      </w:tr>
    </w:tbl>
    <w:p w:rsidR="00E10B51" w:rsidRDefault="00E10B51">
      <w:pPr>
        <w:autoSpaceDE w:val="0"/>
        <w:autoSpaceDN w:val="0"/>
        <w:spacing w:after="0" w:line="60" w:lineRule="exact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62"/>
        <w:gridCol w:w="3300"/>
        <w:gridCol w:w="3380"/>
      </w:tblGrid>
      <w:tr w:rsidR="00E10B51">
        <w:trPr>
          <w:trHeight w:hRule="exact" w:val="362"/>
        </w:trPr>
        <w:tc>
          <w:tcPr>
            <w:tcW w:w="3262" w:type="dxa"/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60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______________Минахметова Г.Н.</w:t>
            </w:r>
          </w:p>
        </w:tc>
        <w:tc>
          <w:tcPr>
            <w:tcW w:w="3300" w:type="dxa"/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60" w:after="0" w:line="230" w:lineRule="auto"/>
              <w:ind w:left="25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______________Беляева Е.Ю.</w:t>
            </w:r>
          </w:p>
        </w:tc>
        <w:tc>
          <w:tcPr>
            <w:tcW w:w="3380" w:type="dxa"/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60" w:after="0" w:line="230" w:lineRule="auto"/>
              <w:ind w:left="47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______________Четанов В.А.</w:t>
            </w:r>
          </w:p>
        </w:tc>
      </w:tr>
      <w:tr w:rsidR="00E10B51">
        <w:trPr>
          <w:trHeight w:hRule="exact" w:val="420"/>
        </w:trPr>
        <w:tc>
          <w:tcPr>
            <w:tcW w:w="3262" w:type="dxa"/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10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</w:t>
            </w:r>
          </w:p>
        </w:tc>
        <w:tc>
          <w:tcPr>
            <w:tcW w:w="3300" w:type="dxa"/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106" w:after="0" w:line="230" w:lineRule="auto"/>
              <w:ind w:left="25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</w:t>
            </w:r>
          </w:p>
        </w:tc>
        <w:tc>
          <w:tcPr>
            <w:tcW w:w="3380" w:type="dxa"/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106" w:after="0" w:line="230" w:lineRule="auto"/>
              <w:ind w:left="47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№</w:t>
            </w:r>
          </w:p>
        </w:tc>
      </w:tr>
      <w:tr w:rsidR="00E10B51">
        <w:trPr>
          <w:trHeight w:hRule="exact" w:val="380"/>
        </w:trPr>
        <w:tc>
          <w:tcPr>
            <w:tcW w:w="3262" w:type="dxa"/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4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"" г.</w:t>
            </w:r>
          </w:p>
        </w:tc>
        <w:tc>
          <w:tcPr>
            <w:tcW w:w="3300" w:type="dxa"/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4" w:after="0" w:line="230" w:lineRule="auto"/>
              <w:ind w:left="25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""    г.</w:t>
            </w:r>
          </w:p>
        </w:tc>
        <w:tc>
          <w:tcPr>
            <w:tcW w:w="3380" w:type="dxa"/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4" w:after="0" w:line="230" w:lineRule="auto"/>
              <w:ind w:left="47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""  г.</w:t>
            </w:r>
          </w:p>
        </w:tc>
      </w:tr>
    </w:tbl>
    <w:p w:rsidR="00E10B51" w:rsidRPr="004B3D16" w:rsidRDefault="004B3D16" w:rsidP="004B3D16">
      <w:pPr>
        <w:autoSpaceDE w:val="0"/>
        <w:autoSpaceDN w:val="0"/>
        <w:spacing w:before="978" w:after="0" w:line="230" w:lineRule="auto"/>
        <w:ind w:right="3644"/>
        <w:jc w:val="right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ПРОЕКТ </w:t>
      </w:r>
      <w:r w:rsidR="002519B0">
        <w:rPr>
          <w:rFonts w:ascii="Times New Roman" w:eastAsia="Times New Roman" w:hAnsi="Times New Roman"/>
          <w:b/>
          <w:color w:val="000000"/>
          <w:sz w:val="24"/>
        </w:rPr>
        <w:t>РАБОЧ</w:t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ЕЙ</w:t>
      </w:r>
      <w:r w:rsidR="002519B0">
        <w:rPr>
          <w:rFonts w:ascii="Times New Roman" w:eastAsia="Times New Roman" w:hAnsi="Times New Roman"/>
          <w:b/>
          <w:color w:val="000000"/>
          <w:sz w:val="24"/>
        </w:rPr>
        <w:t xml:space="preserve"> ПРОГРАММ</w:t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Ы</w:t>
      </w:r>
    </w:p>
    <w:p w:rsidR="00E10B51" w:rsidRDefault="002519B0">
      <w:pPr>
        <w:autoSpaceDE w:val="0"/>
        <w:autoSpaceDN w:val="0"/>
        <w:spacing w:before="70" w:after="0" w:line="230" w:lineRule="auto"/>
        <w:ind w:right="4416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(ID 2570538)</w:t>
      </w:r>
    </w:p>
    <w:p w:rsidR="00E10B51" w:rsidRDefault="002519B0">
      <w:pPr>
        <w:autoSpaceDE w:val="0"/>
        <w:autoSpaceDN w:val="0"/>
        <w:spacing w:before="166" w:after="0" w:line="230" w:lineRule="auto"/>
        <w:ind w:right="4016"/>
        <w:jc w:val="right"/>
      </w:pPr>
      <w:r>
        <w:rPr>
          <w:rFonts w:ascii="Times New Roman" w:eastAsia="Times New Roman" w:hAnsi="Times New Roman"/>
          <w:color w:val="000000"/>
          <w:sz w:val="24"/>
        </w:rPr>
        <w:t xml:space="preserve">учебного </w:t>
      </w:r>
      <w:r>
        <w:rPr>
          <w:rFonts w:ascii="Times New Roman" w:eastAsia="Times New Roman" w:hAnsi="Times New Roman"/>
          <w:color w:val="000000"/>
          <w:sz w:val="24"/>
        </w:rPr>
        <w:t>предмета</w:t>
      </w:r>
    </w:p>
    <w:p w:rsidR="00E10B51" w:rsidRDefault="002519B0">
      <w:pPr>
        <w:autoSpaceDE w:val="0"/>
        <w:autoSpaceDN w:val="0"/>
        <w:spacing w:before="70" w:after="0" w:line="230" w:lineRule="auto"/>
        <w:ind w:right="3696"/>
        <w:jc w:val="right"/>
      </w:pPr>
      <w:r>
        <w:rPr>
          <w:rFonts w:ascii="Times New Roman" w:eastAsia="Times New Roman" w:hAnsi="Times New Roman"/>
          <w:color w:val="000000"/>
          <w:sz w:val="24"/>
        </w:rPr>
        <w:t>«Родной язык (русский)»</w:t>
      </w:r>
    </w:p>
    <w:p w:rsidR="00E10B51" w:rsidRDefault="002519B0">
      <w:pPr>
        <w:autoSpaceDE w:val="0"/>
        <w:autoSpaceDN w:val="0"/>
        <w:spacing w:before="670" w:after="0" w:line="230" w:lineRule="auto"/>
        <w:ind w:right="2730"/>
        <w:jc w:val="right"/>
      </w:pPr>
      <w:r>
        <w:rPr>
          <w:rFonts w:ascii="Times New Roman" w:eastAsia="Times New Roman" w:hAnsi="Times New Roman"/>
          <w:color w:val="000000"/>
          <w:sz w:val="24"/>
        </w:rPr>
        <w:t>для 5 класса основного общего образования</w:t>
      </w:r>
    </w:p>
    <w:p w:rsidR="00E10B51" w:rsidRDefault="002519B0">
      <w:pPr>
        <w:autoSpaceDE w:val="0"/>
        <w:autoSpaceDN w:val="0"/>
        <w:spacing w:before="70" w:after="0" w:line="230" w:lineRule="auto"/>
        <w:ind w:right="3614"/>
        <w:jc w:val="right"/>
      </w:pPr>
      <w:r>
        <w:rPr>
          <w:rFonts w:ascii="Times New Roman" w:eastAsia="Times New Roman" w:hAnsi="Times New Roman"/>
          <w:color w:val="000000"/>
          <w:sz w:val="24"/>
        </w:rPr>
        <w:t>на 2022-2023  учебный год</w:t>
      </w:r>
    </w:p>
    <w:p w:rsidR="00E10B51" w:rsidRDefault="002519B0">
      <w:pPr>
        <w:autoSpaceDE w:val="0"/>
        <w:autoSpaceDN w:val="0"/>
        <w:spacing w:before="2112" w:after="0" w:line="230" w:lineRule="auto"/>
        <w:ind w:right="32"/>
        <w:jc w:val="right"/>
      </w:pPr>
      <w:r>
        <w:rPr>
          <w:rFonts w:ascii="Times New Roman" w:eastAsia="Times New Roman" w:hAnsi="Times New Roman"/>
          <w:color w:val="000000"/>
          <w:sz w:val="24"/>
        </w:rPr>
        <w:t>Составитель: Алексеева Ирина Николаевна</w:t>
      </w:r>
    </w:p>
    <w:p w:rsidR="00E10B51" w:rsidRPr="004B3D16" w:rsidRDefault="002519B0">
      <w:pPr>
        <w:autoSpaceDE w:val="0"/>
        <w:autoSpaceDN w:val="0"/>
        <w:spacing w:before="70" w:after="0" w:line="230" w:lineRule="auto"/>
        <w:ind w:right="20"/>
        <w:jc w:val="right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учитель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родного русского языка и литературы</w:t>
      </w:r>
    </w:p>
    <w:p w:rsidR="00E10B51" w:rsidRPr="004B3D16" w:rsidRDefault="002519B0">
      <w:pPr>
        <w:autoSpaceDE w:val="0"/>
        <w:autoSpaceDN w:val="0"/>
        <w:spacing w:before="2830" w:after="0" w:line="230" w:lineRule="auto"/>
        <w:ind w:right="4392"/>
        <w:jc w:val="right"/>
        <w:rPr>
          <w:lang w:val="ru-RU"/>
        </w:rPr>
      </w:pP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Болгар 2022</w:t>
      </w:r>
    </w:p>
    <w:p w:rsidR="00E10B51" w:rsidRPr="004B3D16" w:rsidRDefault="00E10B51">
      <w:pPr>
        <w:rPr>
          <w:lang w:val="ru-RU"/>
        </w:rPr>
        <w:sectPr w:rsidR="00E10B51" w:rsidRPr="004B3D16">
          <w:pgSz w:w="11900" w:h="16840"/>
          <w:pgMar w:top="298" w:right="876" w:bottom="296" w:left="738" w:header="720" w:footer="720" w:gutter="0"/>
          <w:cols w:space="720" w:equalWidth="0">
            <w:col w:w="10286" w:space="0"/>
          </w:cols>
          <w:docGrid w:linePitch="360"/>
        </w:sectPr>
      </w:pPr>
    </w:p>
    <w:p w:rsidR="00E10B51" w:rsidRPr="004B3D16" w:rsidRDefault="00E10B51">
      <w:pPr>
        <w:autoSpaceDE w:val="0"/>
        <w:autoSpaceDN w:val="0"/>
        <w:spacing w:after="216" w:line="220" w:lineRule="exact"/>
        <w:rPr>
          <w:lang w:val="ru-RU"/>
        </w:rPr>
      </w:pPr>
      <w:bookmarkStart w:id="0" w:name="_GoBack"/>
      <w:bookmarkEnd w:id="0"/>
    </w:p>
    <w:p w:rsidR="00E10B51" w:rsidRPr="004B3D16" w:rsidRDefault="002519B0">
      <w:pPr>
        <w:autoSpaceDE w:val="0"/>
        <w:autoSpaceDN w:val="0"/>
        <w:spacing w:after="0" w:line="230" w:lineRule="auto"/>
        <w:rPr>
          <w:lang w:val="ru-RU"/>
        </w:rPr>
      </w:pPr>
      <w:r w:rsidRPr="004B3D16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E10B51" w:rsidRPr="004B3D16" w:rsidRDefault="002519B0">
      <w:pPr>
        <w:autoSpaceDE w:val="0"/>
        <w:autoSpaceDN w:val="0"/>
        <w:spacing w:before="346" w:after="0" w:line="286" w:lineRule="auto"/>
        <w:ind w:right="144" w:firstLine="180"/>
        <w:rPr>
          <w:lang w:val="ru-RU"/>
        </w:rPr>
      </w:pP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по родному языку (русскому) для обучающихся 5 классов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</w:t>
      </w:r>
      <w:proofErr w:type="spell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Минпро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свещения</w:t>
      </w:r>
      <w:proofErr w:type="spell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России от 31.05.2021 г. № 287, зарегистрирован Министерством юстиции Российской Федерации 05.07.2021 г., № 64101) (далее —ФГОС ООО), Концепции преподавания русского языка и литературы в Российской Федерации (утверждена распоряжением Правительства 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Российской Федерации от 9 апреля 2016 г. № 637-р), а также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образования.</w:t>
      </w:r>
    </w:p>
    <w:p w:rsidR="00E10B51" w:rsidRPr="004B3D16" w:rsidRDefault="002519B0">
      <w:pPr>
        <w:autoSpaceDE w:val="0"/>
        <w:autoSpaceDN w:val="0"/>
        <w:spacing w:before="264" w:after="0" w:line="230" w:lineRule="auto"/>
        <w:rPr>
          <w:lang w:val="ru-RU"/>
        </w:rPr>
      </w:pPr>
      <w:r w:rsidRPr="004B3D16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</w:t>
      </w:r>
      <w:r w:rsidRPr="004B3D1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УЧЕБНОГО ПРЕДМЕТА «РОДНОЙ ЯЗЫК (РУССКИЙ)»</w:t>
      </w:r>
    </w:p>
    <w:p w:rsidR="00E10B51" w:rsidRPr="004B3D16" w:rsidRDefault="002519B0">
      <w:pPr>
        <w:autoSpaceDE w:val="0"/>
        <w:autoSpaceDN w:val="0"/>
        <w:spacing w:before="166" w:after="0" w:line="286" w:lineRule="auto"/>
        <w:ind w:firstLine="180"/>
        <w:rPr>
          <w:lang w:val="ru-RU"/>
        </w:rPr>
      </w:pP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программы обеспечивает достижение результатов освоения основной образовательной программы основного общего образования в части требований, заданных Федеральным </w:t>
      </w:r>
      <w:r w:rsidRPr="004B3D16">
        <w:rPr>
          <w:lang w:val="ru-RU"/>
        </w:rPr>
        <w:br/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государственным образовательным стандарто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м основного общего образования к предметной </w:t>
      </w:r>
      <w:proofErr w:type="spellStart"/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области«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Родной</w:t>
      </w:r>
      <w:proofErr w:type="spell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язык и родная литература». Программа ориентирована на сопровождение и поддержку курса русского языка, входящего в предметную область «Русский язык и литература». Цели курса русского языка в рамках 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образовательной области «Родной язык и родная литература» имеют специфику, обусловленную дополнительным по своему содержанию характером курса, а также особенностями функционирования русского языка в разных регионах Российской Федерации.</w:t>
      </w:r>
    </w:p>
    <w:p w:rsidR="00E10B51" w:rsidRPr="004B3D16" w:rsidRDefault="002519B0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Курс «Родной язык (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русский)» направлен на удовлетворение потребности обучающихся в изучении родного языка как инструмента познания национальной культуры и самореализации в ней. Учебный предмет «Родной язык (русский)» не ущемляет права обучающихся, изучающих иные родные языки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(не русский). Поэтому учебное время, отведённое на изучение данной дисциплины, не может рассматриваться как время для углублённого изучения основного курса «Русский язык».</w:t>
      </w:r>
    </w:p>
    <w:p w:rsidR="00E10B51" w:rsidRPr="004B3D16" w:rsidRDefault="002519B0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В содержании курса «Родной язык (русский)» предусматривается расширение сведений, и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меющих отношение не к внутреннему системному устройству языка, а к вопросам реализации языковой системы в речи‚ внешней стороне существования языка: к многообразным связям русского языка с цивилизацией и культурой, государством и обществом. Программа учебн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ого предмета отражает социокультурный контекст существования русского языка, в частности те языковые аспекты, которые обнаруживают прямую, непосредственную культурно-историческую обусловленность. </w:t>
      </w:r>
    </w:p>
    <w:p w:rsidR="00E10B51" w:rsidRPr="004B3D16" w:rsidRDefault="002519B0">
      <w:pPr>
        <w:autoSpaceDE w:val="0"/>
        <w:autoSpaceDN w:val="0"/>
        <w:spacing w:before="264" w:after="0" w:line="230" w:lineRule="auto"/>
        <w:rPr>
          <w:lang w:val="ru-RU"/>
        </w:rPr>
      </w:pPr>
      <w:r w:rsidRPr="004B3D16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«РОДНОЙ ЯЗЫК (РУССКИЙ)»</w:t>
      </w:r>
    </w:p>
    <w:p w:rsidR="00E10B51" w:rsidRPr="004B3D16" w:rsidRDefault="002519B0">
      <w:pPr>
        <w:tabs>
          <w:tab w:val="left" w:pos="180"/>
        </w:tabs>
        <w:autoSpaceDE w:val="0"/>
        <w:autoSpaceDN w:val="0"/>
        <w:spacing w:before="166" w:after="0" w:line="262" w:lineRule="auto"/>
        <w:ind w:right="1008"/>
        <w:rPr>
          <w:lang w:val="ru-RU"/>
        </w:rPr>
      </w:pPr>
      <w:r w:rsidRPr="004B3D16">
        <w:rPr>
          <w:lang w:val="ru-RU"/>
        </w:rPr>
        <w:tab/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Це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лями изучения родного языка (русского) по программам основного общего образования являются:</w:t>
      </w:r>
    </w:p>
    <w:p w:rsidR="00E10B51" w:rsidRPr="004B3D16" w:rsidRDefault="002519B0">
      <w:pPr>
        <w:autoSpaceDE w:val="0"/>
        <w:autoSpaceDN w:val="0"/>
        <w:spacing w:before="178" w:after="0" w:line="286" w:lineRule="auto"/>
        <w:ind w:left="420"/>
        <w:rPr>
          <w:lang w:val="ru-RU"/>
        </w:rPr>
      </w:pP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воспитание гражданина и патриота; формирование российской гражданской идентичности в поликультурном и многоконфессиональном обществе; развитие представлений о ро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дном русском языке как духовной, нравственной и культурной ценности народа; осознание национального своеобразия русского языка; формирование познавательного интереса, любви, уважительного отношения к русскому языку, а через него — к родной культуре; воспит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ание ответственного отношения к сохранению и развитию родного языка, формирование волонтёрской позиции в отношении популяризации родного языка; воспитание уважительного отношения к культурам и языкам народов России; овладение культурой межнационального общ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ения;</w:t>
      </w:r>
    </w:p>
    <w:p w:rsidR="00E10B51" w:rsidRPr="004B3D16" w:rsidRDefault="002519B0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расширение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 знаний  о  национальной  специфике  русского языка и языковых единицах,</w:t>
      </w:r>
    </w:p>
    <w:p w:rsidR="00E10B51" w:rsidRPr="004B3D16" w:rsidRDefault="00E10B51">
      <w:pPr>
        <w:rPr>
          <w:lang w:val="ru-RU"/>
        </w:rPr>
        <w:sectPr w:rsidR="00E10B51" w:rsidRPr="004B3D16">
          <w:pgSz w:w="11900" w:h="16840"/>
          <w:pgMar w:top="436" w:right="650" w:bottom="42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10B51" w:rsidRPr="004B3D16" w:rsidRDefault="00E10B51">
      <w:pPr>
        <w:autoSpaceDE w:val="0"/>
        <w:autoSpaceDN w:val="0"/>
        <w:spacing w:after="66" w:line="220" w:lineRule="exact"/>
        <w:rPr>
          <w:lang w:val="ru-RU"/>
        </w:rPr>
      </w:pPr>
    </w:p>
    <w:p w:rsidR="00E10B51" w:rsidRPr="004B3D16" w:rsidRDefault="002519B0">
      <w:pPr>
        <w:autoSpaceDE w:val="0"/>
        <w:autoSpaceDN w:val="0"/>
        <w:spacing w:after="0" w:line="281" w:lineRule="auto"/>
        <w:ind w:left="420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прежде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всего о лексике и фразеологии с национально-культурным компонентом значения; о 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таких явлениях и категориях современного русского литературного языка, которые обеспечивают его нормативное, уместное, этичное использование в различных сферах и ситуациях общения; об основных нормах русского литературного языка; о национальных особенностя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х русского речевого этикета;</w:t>
      </w:r>
    </w:p>
    <w:p w:rsidR="00E10B51" w:rsidRPr="004B3D16" w:rsidRDefault="002519B0">
      <w:pPr>
        <w:autoSpaceDE w:val="0"/>
        <w:autoSpaceDN w:val="0"/>
        <w:spacing w:before="190" w:after="0" w:line="281" w:lineRule="auto"/>
        <w:ind w:left="420" w:right="144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совершенствование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коммуникативных умений и культуры речи, обеспечивающих свободное владение русским литературным языком в разных сферах и ситуациях его использования; 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E10B51" w:rsidRPr="004B3D16" w:rsidRDefault="002519B0">
      <w:pPr>
        <w:autoSpaceDE w:val="0"/>
        <w:autoSpaceDN w:val="0"/>
        <w:spacing w:before="192" w:after="0" w:line="271" w:lineRule="auto"/>
        <w:ind w:left="420" w:right="144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совершенствование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познавательных и интеллектуальных умений о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познавать, анализировать, сравнивать, классифицировать языковые факты, оценивать их с точки зрения нормативности, соответствия ситуации и сфере общения;</w:t>
      </w:r>
    </w:p>
    <w:p w:rsidR="00E10B51" w:rsidRPr="004B3D16" w:rsidRDefault="002519B0">
      <w:pPr>
        <w:autoSpaceDE w:val="0"/>
        <w:autoSpaceDN w:val="0"/>
        <w:spacing w:before="190" w:after="0"/>
        <w:ind w:left="420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совершенствование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текстовой деятельности; развитие умений функциональной грамотности осуществлять ин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формационный поиск, извлекать и преобразовывать необходимую информацию; понимать и использовать тексты разных форматов (сплошной, </w:t>
      </w:r>
      <w:proofErr w:type="spell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несплошной</w:t>
      </w:r>
      <w:proofErr w:type="spell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текст, </w:t>
      </w:r>
      <w:proofErr w:type="spell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инфографика</w:t>
      </w:r>
      <w:proofErr w:type="spell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и др.);</w:t>
      </w:r>
    </w:p>
    <w:p w:rsidR="00E10B51" w:rsidRPr="004B3D16" w:rsidRDefault="002519B0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развитие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проектного и исследовательского мышления, приобретение практического опыта и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сследовательской  работы по родному языку (русскому), воспитание самостоятельности в приобретении знаний.</w:t>
      </w:r>
    </w:p>
    <w:p w:rsidR="00E10B51" w:rsidRPr="004B3D16" w:rsidRDefault="002519B0">
      <w:pPr>
        <w:autoSpaceDE w:val="0"/>
        <w:autoSpaceDN w:val="0"/>
        <w:spacing w:before="322" w:after="0" w:line="262" w:lineRule="auto"/>
        <w:ind w:right="720"/>
        <w:rPr>
          <w:lang w:val="ru-RU"/>
        </w:rPr>
      </w:pPr>
      <w:r w:rsidRPr="004B3D1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ОСНОВНЫЕ СОДЕРЖАТЕЛЬНЫЕ ЛИНИИ ПРОГРАММЫ </w:t>
      </w:r>
      <w:proofErr w:type="gramStart"/>
      <w:r w:rsidRPr="004B3D16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УЧЕБНОГО  ПРЕДМЕТА</w:t>
      </w:r>
      <w:proofErr w:type="gramEnd"/>
      <w:r w:rsidRPr="004B3D16">
        <w:rPr>
          <w:rFonts w:ascii="Times New Roman" w:eastAsia="Times New Roman" w:hAnsi="Times New Roman"/>
          <w:b/>
          <w:color w:val="000000"/>
          <w:sz w:val="24"/>
          <w:lang w:val="ru-RU"/>
        </w:rPr>
        <w:t>«РУССКИЙ РОДНОЙ ЯЗЫК»</w:t>
      </w:r>
    </w:p>
    <w:p w:rsidR="00E10B51" w:rsidRPr="004B3D16" w:rsidRDefault="002519B0">
      <w:pPr>
        <w:autoSpaceDE w:val="0"/>
        <w:autoSpaceDN w:val="0"/>
        <w:spacing w:before="166" w:after="0" w:line="271" w:lineRule="auto"/>
        <w:ind w:right="720" w:firstLine="180"/>
        <w:rPr>
          <w:lang w:val="ru-RU"/>
        </w:rPr>
      </w:pP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Как курс, имеющий частный характер, школьный курс родного русского язы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ка опирается на содержание основного </w:t>
      </w:r>
      <w:proofErr w:type="spellStart"/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курса,представленного</w:t>
      </w:r>
      <w:proofErr w:type="spellEnd"/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в образовательной области «Русский язык и литература», сопровождает и поддерживает его.</w:t>
      </w:r>
    </w:p>
    <w:p w:rsidR="00E10B51" w:rsidRPr="004B3D16" w:rsidRDefault="002519B0">
      <w:pPr>
        <w:autoSpaceDE w:val="0"/>
        <w:autoSpaceDN w:val="0"/>
        <w:spacing w:before="70" w:after="0"/>
        <w:ind w:firstLine="180"/>
        <w:rPr>
          <w:lang w:val="ru-RU"/>
        </w:rPr>
      </w:pP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Основные содержательные линии настоящей программы (блоки программы) соотносятся с основными содержательными л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иниями основного курса русского языка на уровне основного общего образования, но не дублируют их в полном объёме и имеют преимущественно практико-</w:t>
      </w:r>
      <w:r w:rsidRPr="004B3D16">
        <w:rPr>
          <w:lang w:val="ru-RU"/>
        </w:rPr>
        <w:br/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ориентированный характер.</w:t>
      </w:r>
    </w:p>
    <w:p w:rsidR="00E10B51" w:rsidRPr="004B3D16" w:rsidRDefault="002519B0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этим в программе выделяются следующие блоки.</w:t>
      </w:r>
    </w:p>
    <w:p w:rsidR="00E10B51" w:rsidRPr="004B3D16" w:rsidRDefault="002519B0">
      <w:pPr>
        <w:autoSpaceDE w:val="0"/>
        <w:autoSpaceDN w:val="0"/>
        <w:spacing w:before="72" w:after="0" w:line="281" w:lineRule="auto"/>
        <w:ind w:firstLine="180"/>
        <w:rPr>
          <w:lang w:val="ru-RU"/>
        </w:rPr>
      </w:pP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В первом блоке — «Язык и культура» — представлено содержание, изучение которого позволит раскрыть взаимосвязь языка и истории, языка и материальной и духовной культуры русского народа, национально-культурную специфику русского языка, обеспечит овладение но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рмами русского речевого этикета в различных сферах общения, выявление общего и специфического в языках и культурах русского и других народов России и мира, овладение культурой межнационального общения.</w:t>
      </w:r>
    </w:p>
    <w:p w:rsidR="00E10B51" w:rsidRPr="004B3D16" w:rsidRDefault="002519B0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4B3D16">
        <w:rPr>
          <w:lang w:val="ru-RU"/>
        </w:rPr>
        <w:tab/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Второй блок — «Культура речи» — ориентирован на форми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рование у учащихся ответственного и осознанного отношения к использованию русского языка во всех сферах жизни, повышение речевой культуры подрастающего поколения, практическое овладение культурой речи: навыками </w:t>
      </w:r>
      <w:r w:rsidRPr="004B3D16">
        <w:rPr>
          <w:lang w:val="ru-RU"/>
        </w:rPr>
        <w:br/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сознательного использования норм русского ли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тературного языка в устной и письменной форме с учётом требований уместности, точности, логичности, чистоты, богатства и выразительности; понимание вариантов норм; развитие потребности обращаться к нормативным словарям </w:t>
      </w:r>
      <w:r w:rsidRPr="004B3D16">
        <w:rPr>
          <w:lang w:val="ru-RU"/>
        </w:rPr>
        <w:br/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современного русского литературного 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языка и совершенствование умений пользоваться ими. </w:t>
      </w:r>
      <w:r w:rsidRPr="004B3D16">
        <w:rPr>
          <w:lang w:val="ru-RU"/>
        </w:rPr>
        <w:tab/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В третьем блоке — «Речь. Речевая деятельность. Текст» — представлено содержание, направленное</w:t>
      </w:r>
    </w:p>
    <w:p w:rsidR="00E10B51" w:rsidRPr="004B3D16" w:rsidRDefault="00E10B51">
      <w:pPr>
        <w:rPr>
          <w:lang w:val="ru-RU"/>
        </w:rPr>
        <w:sectPr w:rsidR="00E10B51" w:rsidRPr="004B3D16">
          <w:pgSz w:w="11900" w:h="16840"/>
          <w:pgMar w:top="286" w:right="712" w:bottom="362" w:left="666" w:header="720" w:footer="720" w:gutter="0"/>
          <w:cols w:space="720" w:equalWidth="0">
            <w:col w:w="10522" w:space="0"/>
          </w:cols>
          <w:docGrid w:linePitch="360"/>
        </w:sectPr>
      </w:pPr>
    </w:p>
    <w:p w:rsidR="00E10B51" w:rsidRPr="004B3D16" w:rsidRDefault="00E10B51">
      <w:pPr>
        <w:autoSpaceDE w:val="0"/>
        <w:autoSpaceDN w:val="0"/>
        <w:spacing w:after="66" w:line="220" w:lineRule="exact"/>
        <w:rPr>
          <w:lang w:val="ru-RU"/>
        </w:rPr>
      </w:pPr>
    </w:p>
    <w:p w:rsidR="00E10B51" w:rsidRPr="004B3D16" w:rsidRDefault="002519B0">
      <w:pPr>
        <w:autoSpaceDE w:val="0"/>
        <w:autoSpaceDN w:val="0"/>
        <w:spacing w:after="0" w:line="281" w:lineRule="auto"/>
        <w:ind w:right="144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на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совершенствование видов речевой деятельности в их взаимосвязи и культуры 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устной и </w:t>
      </w:r>
      <w:r w:rsidRPr="004B3D16">
        <w:rPr>
          <w:lang w:val="ru-RU"/>
        </w:rPr>
        <w:br/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письменной речи, развитие базовых умений и навыков использования языка в жизненно важных для школьников ситуациях общения: умений определять цели коммуникации, оценивать речевую ситуацию, учитывать коммуникативные намерения партнёра, выбирать аде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кватные стратегии коммуникации; понимать, анализировать и создавать тексты разных функционально-смысловых типов, жанров, стилистической принадлежности.</w:t>
      </w:r>
    </w:p>
    <w:p w:rsidR="00E10B51" w:rsidRPr="004B3D16" w:rsidRDefault="002519B0">
      <w:pPr>
        <w:autoSpaceDE w:val="0"/>
        <w:autoSpaceDN w:val="0"/>
        <w:spacing w:before="262" w:after="0" w:line="230" w:lineRule="auto"/>
        <w:rPr>
          <w:lang w:val="ru-RU"/>
        </w:rPr>
      </w:pPr>
      <w:r w:rsidRPr="004B3D16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«РОДНОЙ ЯЗЫК (РУССКИЙ)» В УЧЕБНОМ ПЛАНЕ</w:t>
      </w:r>
    </w:p>
    <w:p w:rsidR="00E10B51" w:rsidRPr="004B3D16" w:rsidRDefault="002519B0">
      <w:pPr>
        <w:autoSpaceDE w:val="0"/>
        <w:autoSpaceDN w:val="0"/>
        <w:spacing w:before="166" w:after="0" w:line="271" w:lineRule="auto"/>
        <w:ind w:firstLine="180"/>
        <w:rPr>
          <w:lang w:val="ru-RU"/>
        </w:rPr>
      </w:pP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Федеральным государстве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нным образовательным стандартом основного общего образования учебный предмет «Родной язык (русский)» входит в предметную область «Родной язык и родная литература» и является обязательным для изучения.</w:t>
      </w:r>
    </w:p>
    <w:p w:rsidR="00E10B51" w:rsidRPr="004B3D16" w:rsidRDefault="002519B0">
      <w:pPr>
        <w:autoSpaceDE w:val="0"/>
        <w:autoSpaceDN w:val="0"/>
        <w:spacing w:before="72" w:after="0" w:line="271" w:lineRule="auto"/>
        <w:ind w:right="634"/>
        <w:jc w:val="both"/>
        <w:rPr>
          <w:lang w:val="ru-RU"/>
        </w:rPr>
      </w:pP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Содержание учебного предмета «Родной язык (русский)», п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редставленное в рабочей программе, соответствует ФГОС ООО, Примерной основной образовательной программе основного общего образования и рассчитано на общую учебную нагрузку в 5 классе в объеме 68 часов.</w:t>
      </w:r>
    </w:p>
    <w:p w:rsidR="00E10B51" w:rsidRPr="004B3D16" w:rsidRDefault="00E10B51">
      <w:pPr>
        <w:rPr>
          <w:lang w:val="ru-RU"/>
        </w:rPr>
        <w:sectPr w:rsidR="00E10B51" w:rsidRPr="004B3D16">
          <w:pgSz w:w="11900" w:h="16840"/>
          <w:pgMar w:top="286" w:right="670" w:bottom="1440" w:left="666" w:header="720" w:footer="720" w:gutter="0"/>
          <w:cols w:space="720" w:equalWidth="0">
            <w:col w:w="10564" w:space="0"/>
          </w:cols>
          <w:docGrid w:linePitch="360"/>
        </w:sectPr>
      </w:pPr>
    </w:p>
    <w:p w:rsidR="00E10B51" w:rsidRPr="004B3D16" w:rsidRDefault="00E10B51">
      <w:pPr>
        <w:autoSpaceDE w:val="0"/>
        <w:autoSpaceDN w:val="0"/>
        <w:spacing w:after="78" w:line="220" w:lineRule="exact"/>
        <w:rPr>
          <w:lang w:val="ru-RU"/>
        </w:rPr>
      </w:pPr>
    </w:p>
    <w:p w:rsidR="00E10B51" w:rsidRPr="004B3D16" w:rsidRDefault="002519B0">
      <w:pPr>
        <w:autoSpaceDE w:val="0"/>
        <w:autoSpaceDN w:val="0"/>
        <w:spacing w:after="0" w:line="230" w:lineRule="auto"/>
        <w:rPr>
          <w:lang w:val="ru-RU"/>
        </w:rPr>
      </w:pPr>
      <w:r w:rsidRPr="004B3D16">
        <w:rPr>
          <w:rFonts w:ascii="Times New Roman" w:eastAsia="Times New Roman" w:hAnsi="Times New Roman"/>
          <w:b/>
          <w:color w:val="000000"/>
          <w:sz w:val="24"/>
          <w:lang w:val="ru-RU"/>
        </w:rPr>
        <w:t>СОДЕРЖАНИЕ УЧЕБ</w:t>
      </w:r>
      <w:r w:rsidRPr="004B3D1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НОГО ПРЕДМЕТА </w:t>
      </w:r>
    </w:p>
    <w:p w:rsidR="00E10B51" w:rsidRPr="004B3D16" w:rsidRDefault="002519B0">
      <w:pPr>
        <w:autoSpaceDE w:val="0"/>
        <w:autoSpaceDN w:val="0"/>
        <w:spacing w:before="346" w:after="0" w:line="230" w:lineRule="auto"/>
        <w:ind w:left="180"/>
        <w:rPr>
          <w:lang w:val="ru-RU"/>
        </w:rPr>
      </w:pPr>
      <w:r w:rsidRPr="004B3D16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 1. Язык и культура</w:t>
      </w:r>
    </w:p>
    <w:p w:rsidR="00E10B51" w:rsidRPr="004B3D16" w:rsidRDefault="002519B0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Русский язык — национальный язык русского народа. Роль родного языка в жизни человека.</w:t>
      </w:r>
    </w:p>
    <w:p w:rsidR="00E10B51" w:rsidRPr="004B3D16" w:rsidRDefault="002519B0">
      <w:pPr>
        <w:autoSpaceDE w:val="0"/>
        <w:autoSpaceDN w:val="0"/>
        <w:spacing w:before="70" w:after="0" w:line="271" w:lineRule="auto"/>
        <w:ind w:right="432"/>
        <w:rPr>
          <w:lang w:val="ru-RU"/>
        </w:rPr>
      </w:pP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Русский язык в жизни общества и государства. Бережное отношение к родному языку как одно из 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необходимых качеств современного культурного человека. Русский язык — язык русской художественной литературы.</w:t>
      </w:r>
    </w:p>
    <w:p w:rsidR="00E10B51" w:rsidRPr="004B3D16" w:rsidRDefault="002519B0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Краткая история русской письменности. Создание славянского алфавита.</w:t>
      </w:r>
    </w:p>
    <w:p w:rsidR="00E10B51" w:rsidRPr="004B3D16" w:rsidRDefault="002519B0">
      <w:pPr>
        <w:autoSpaceDE w:val="0"/>
        <w:autoSpaceDN w:val="0"/>
        <w:spacing w:before="70" w:after="0" w:line="283" w:lineRule="auto"/>
        <w:ind w:right="144" w:firstLine="180"/>
        <w:rPr>
          <w:lang w:val="ru-RU"/>
        </w:rPr>
      </w:pP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Язык как зеркало национальной культуры. Слово как хранилище материальной и ду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ховной культуры народа. Слова, обозначающие предметы и явления традиционного русского быта (национальную одежду, пищу, игры, народные танцы и т.п.), слова с национально-культурным компонентом значения, </w:t>
      </w: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народно-поэтические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символы, народно-поэтические эпите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ты, прецедентные имена в русских народных и литературных сказках, народных песнях, былинах, художественной литературе.</w:t>
      </w:r>
    </w:p>
    <w:p w:rsidR="00E10B51" w:rsidRPr="004B3D16" w:rsidRDefault="002519B0">
      <w:pPr>
        <w:autoSpaceDE w:val="0"/>
        <w:autoSpaceDN w:val="0"/>
        <w:spacing w:before="70" w:after="0"/>
        <w:ind w:right="288" w:firstLine="180"/>
        <w:rPr>
          <w:lang w:val="ru-RU"/>
        </w:rPr>
      </w:pP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Слова с суффиксами субъективной оценки как изобразительное средство. Уменьшительно-ласкательные формы как средство выражения задушевности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и иронии.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эпох.</w:t>
      </w:r>
    </w:p>
    <w:p w:rsidR="00E10B51" w:rsidRPr="004B3D16" w:rsidRDefault="002519B0">
      <w:pPr>
        <w:autoSpaceDE w:val="0"/>
        <w:autoSpaceDN w:val="0"/>
        <w:spacing w:before="70" w:after="0" w:line="271" w:lineRule="auto"/>
        <w:ind w:right="576" w:firstLine="180"/>
        <w:rPr>
          <w:lang w:val="ru-RU"/>
        </w:rPr>
      </w:pP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Национальная специфика слов с живой внутренней формой. Метафоры общея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зыковые и художественные, их национально-культурная специфика. Метафора, олицетворение, эпитет как изобразительные средства. Загадки. Метафоричность русской загадки.</w:t>
      </w:r>
    </w:p>
    <w:p w:rsidR="00E10B51" w:rsidRPr="004B3D16" w:rsidRDefault="002519B0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Слова со специфическим оценочно-характеризующим значением. Связь определённых </w:t>
      </w:r>
      <w:r w:rsidRPr="004B3D16">
        <w:rPr>
          <w:lang w:val="ru-RU"/>
        </w:rPr>
        <w:br/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наименовани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й с некоторыми качествами, эмоциональными состояниями и т. п. человека (</w:t>
      </w:r>
      <w:r w:rsidRPr="004B3D1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барышня —об изнеженной, избалованной девушке; сухарь — о сухом, </w:t>
      </w:r>
      <w:proofErr w:type="gramStart"/>
      <w:r w:rsidRPr="004B3D16">
        <w:rPr>
          <w:rFonts w:ascii="Times New Roman" w:eastAsia="Times New Roman" w:hAnsi="Times New Roman"/>
          <w:i/>
          <w:color w:val="000000"/>
          <w:sz w:val="24"/>
          <w:lang w:val="ru-RU"/>
        </w:rPr>
        <w:t>неотзывчивом  человеке</w:t>
      </w:r>
      <w:proofErr w:type="gramEnd"/>
      <w:r w:rsidRPr="004B3D16">
        <w:rPr>
          <w:rFonts w:ascii="Times New Roman" w:eastAsia="Times New Roman" w:hAnsi="Times New Roman"/>
          <w:i/>
          <w:color w:val="000000"/>
          <w:sz w:val="24"/>
          <w:lang w:val="ru-RU"/>
        </w:rPr>
        <w:t>;  сорока  —  о болтливой  женщине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и т. п.).</w:t>
      </w:r>
    </w:p>
    <w:p w:rsidR="00E10B51" w:rsidRPr="004B3D16" w:rsidRDefault="002519B0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Крылатые слова и выражения из русских народных и лите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ратурных сказок, источники, значение и употребление в современных ситуациях речевого общения. Русские пословицы и поговорки как воплощение опыта, наблюдений, оценок, народного ума и особенностей национальной культуры народа.</w:t>
      </w:r>
    </w:p>
    <w:p w:rsidR="00E10B51" w:rsidRPr="004B3D16" w:rsidRDefault="002519B0">
      <w:pPr>
        <w:autoSpaceDE w:val="0"/>
        <w:autoSpaceDN w:val="0"/>
        <w:spacing w:before="70" w:after="0" w:line="278" w:lineRule="auto"/>
        <w:ind w:firstLine="180"/>
        <w:rPr>
          <w:lang w:val="ru-RU"/>
        </w:rPr>
      </w:pP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Русские имена. Имена исконно ру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сские (славянские) и заимствованные, краткие сведения по их этимологии. Имена, которые не являются исконно русскими, но воспринимаются как таковые. Имена, входящие в состав пословиц и поговорок, и имеющие в силу этого определённую стилистическую окраску.</w:t>
      </w:r>
    </w:p>
    <w:p w:rsidR="00E10B51" w:rsidRPr="004B3D16" w:rsidRDefault="002519B0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О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бщеизвестные старинные русские города. Происхождение их названий.</w:t>
      </w:r>
    </w:p>
    <w:p w:rsidR="00E10B51" w:rsidRPr="004B3D16" w:rsidRDefault="002519B0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Ознакомление с историей и этимологией некоторых слов.</w:t>
      </w:r>
    </w:p>
    <w:p w:rsidR="00E10B51" w:rsidRPr="004B3D16" w:rsidRDefault="002519B0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4B3D16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 2. Культура речи</w:t>
      </w:r>
    </w:p>
    <w:p w:rsidR="00E10B51" w:rsidRPr="004B3D16" w:rsidRDefault="002519B0">
      <w:pPr>
        <w:autoSpaceDE w:val="0"/>
        <w:autoSpaceDN w:val="0"/>
        <w:spacing w:before="190" w:after="0" w:line="271" w:lineRule="auto"/>
        <w:ind w:right="144" w:firstLine="180"/>
        <w:rPr>
          <w:lang w:val="ru-RU"/>
        </w:rPr>
      </w:pP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Основные орфоэпические нормы современного русского литературного языка. Понятие о варианте 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нормы. Равноправные и допустимые варианты произношения. Нерекомендуемые и неправильные варианты произношения. Запретительные пометы в орфоэпических словарях.</w:t>
      </w:r>
    </w:p>
    <w:p w:rsidR="00E10B51" w:rsidRPr="004B3D16" w:rsidRDefault="002519B0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4B3D16">
        <w:rPr>
          <w:lang w:val="ru-RU"/>
        </w:rPr>
        <w:tab/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Постоянное и подвижное ударение в именах существительных, именах прилагательных, глаголах. </w:t>
      </w: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Омогра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фы:  ударение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как маркер смысла слова. Произносительные варианты орфоэпической нормы.</w:t>
      </w:r>
    </w:p>
    <w:p w:rsidR="00E10B51" w:rsidRPr="004B3D16" w:rsidRDefault="002519B0">
      <w:pPr>
        <w:autoSpaceDE w:val="0"/>
        <w:autoSpaceDN w:val="0"/>
        <w:spacing w:before="70" w:after="0"/>
        <w:ind w:right="432" w:firstLine="180"/>
        <w:rPr>
          <w:lang w:val="ru-RU"/>
        </w:rPr>
      </w:pP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Основные лексические нормы современного русского литературного языка. Лексические нормы употребления имён существительных, прилагательных, глаголов в современном русском 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литературном языке. Стилистические варианты лексической нормы (книжный, </w:t>
      </w:r>
      <w:r w:rsidRPr="004B3D16">
        <w:rPr>
          <w:lang w:val="ru-RU"/>
        </w:rPr>
        <w:br/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общеупотребительный‚ разговорный и просторечный) употребления имён существительных,</w:t>
      </w:r>
    </w:p>
    <w:p w:rsidR="00E10B51" w:rsidRPr="004B3D16" w:rsidRDefault="00E10B51">
      <w:pPr>
        <w:rPr>
          <w:lang w:val="ru-RU"/>
        </w:rPr>
        <w:sectPr w:rsidR="00E10B51" w:rsidRPr="004B3D16">
          <w:pgSz w:w="11900" w:h="16840"/>
          <w:pgMar w:top="298" w:right="650" w:bottom="44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10B51" w:rsidRPr="004B3D16" w:rsidRDefault="00E10B51">
      <w:pPr>
        <w:autoSpaceDE w:val="0"/>
        <w:autoSpaceDN w:val="0"/>
        <w:spacing w:after="66" w:line="220" w:lineRule="exact"/>
        <w:rPr>
          <w:lang w:val="ru-RU"/>
        </w:rPr>
      </w:pPr>
    </w:p>
    <w:p w:rsidR="00E10B51" w:rsidRPr="004B3D16" w:rsidRDefault="002519B0">
      <w:pPr>
        <w:autoSpaceDE w:val="0"/>
        <w:autoSpaceDN w:val="0"/>
        <w:spacing w:after="0" w:line="271" w:lineRule="auto"/>
        <w:ind w:right="432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прилагательных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, глаголов в речи. Типичные примеры нарушения лексической нормы, связанные с употреблением имён существительных, прилагательных, глаголов в современном русском литературном языке.</w:t>
      </w:r>
    </w:p>
    <w:p w:rsidR="00E10B51" w:rsidRPr="004B3D16" w:rsidRDefault="002519B0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Основные грамматические нормы современного русского литературн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ого языка. Род заимствованных несклоняемых имён существительных; род сложных существительных; род имён собственных (географических названий). Формы существительных мужского рода множественного числа с окончаниями </w:t>
      </w:r>
      <w:r w:rsidRPr="004B3D16">
        <w:rPr>
          <w:rFonts w:ascii="Times New Roman" w:eastAsia="Times New Roman" w:hAnsi="Times New Roman"/>
          <w:i/>
          <w:color w:val="000000"/>
          <w:sz w:val="24"/>
          <w:lang w:val="ru-RU"/>
        </w:rPr>
        <w:t>-а(-я), -ы(-</w:t>
      </w:r>
      <w:proofErr w:type="gramStart"/>
      <w:r w:rsidRPr="004B3D16">
        <w:rPr>
          <w:rFonts w:ascii="Times New Roman" w:eastAsia="Times New Roman" w:hAnsi="Times New Roman"/>
          <w:i/>
          <w:color w:val="000000"/>
          <w:sz w:val="24"/>
          <w:lang w:val="ru-RU"/>
        </w:rPr>
        <w:t>и)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‚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различающиеся по смыслу. Ли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тературные‚ разговорные‚ устарелые и профессиональные особенности формы именительного падежа множественного числа </w:t>
      </w:r>
      <w:r w:rsidRPr="004B3D16">
        <w:rPr>
          <w:lang w:val="ru-RU"/>
        </w:rPr>
        <w:br/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существительных мужского рода.</w:t>
      </w:r>
    </w:p>
    <w:p w:rsidR="00E10B51" w:rsidRPr="004B3D16" w:rsidRDefault="002519B0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Правила речевого этикета: нормы и традиции. Устойчивые формулы речевого этикета в общении.</w:t>
      </w:r>
    </w:p>
    <w:p w:rsidR="00E10B51" w:rsidRPr="004B3D16" w:rsidRDefault="002519B0">
      <w:pPr>
        <w:autoSpaceDE w:val="0"/>
        <w:autoSpaceDN w:val="0"/>
        <w:spacing w:before="72" w:after="0" w:line="230" w:lineRule="auto"/>
        <w:rPr>
          <w:lang w:val="ru-RU"/>
        </w:rPr>
      </w:pP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Обращение в русском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речевом этикете. История этикетной формулы обращения в русском языке.</w:t>
      </w:r>
    </w:p>
    <w:p w:rsidR="00E10B51" w:rsidRPr="004B3D16" w:rsidRDefault="002519B0">
      <w:pPr>
        <w:autoSpaceDE w:val="0"/>
        <w:autoSpaceDN w:val="0"/>
        <w:spacing w:before="72" w:after="0" w:line="281" w:lineRule="auto"/>
        <w:ind w:right="144"/>
        <w:rPr>
          <w:lang w:val="ru-RU"/>
        </w:rPr>
      </w:pP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Особенности употребления в качестве обращений собственных имён, названий людей по степени родства, по положению в обществе, по профессии, должности; по возрасту и полу. Обращение как по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казатель степени воспитанности человека, отношения к собеседнику, эмоционального состояния. Обращения в официальной и неофициальной речевой ситуации. Современные формулы обращения к незнакомому человеку.</w:t>
      </w:r>
    </w:p>
    <w:p w:rsidR="00E10B51" w:rsidRPr="004B3D16" w:rsidRDefault="002519B0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4B3D16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 3. Речь. Речевая деятельность. Текст</w:t>
      </w:r>
    </w:p>
    <w:p w:rsidR="00E10B51" w:rsidRPr="004B3D16" w:rsidRDefault="002519B0">
      <w:pPr>
        <w:tabs>
          <w:tab w:val="left" w:pos="180"/>
        </w:tabs>
        <w:autoSpaceDE w:val="0"/>
        <w:autoSpaceDN w:val="0"/>
        <w:spacing w:before="190" w:after="0" w:line="262" w:lineRule="auto"/>
        <w:ind w:right="1008"/>
        <w:rPr>
          <w:lang w:val="ru-RU"/>
        </w:rPr>
      </w:pPr>
      <w:r w:rsidRPr="004B3D16">
        <w:rPr>
          <w:lang w:val="ru-RU"/>
        </w:rPr>
        <w:tab/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Язык и речь. Средства выразительной устной речи (тон, тембр, темп), способы тренировки (скороговорки). Интонация и жесты.</w:t>
      </w:r>
    </w:p>
    <w:p w:rsidR="00E10B51" w:rsidRPr="004B3D16" w:rsidRDefault="002519B0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Текст. Композиционные формы описания, повествования, рассуждения.</w:t>
      </w:r>
    </w:p>
    <w:p w:rsidR="00E10B51" w:rsidRPr="004B3D16" w:rsidRDefault="002519B0">
      <w:pPr>
        <w:tabs>
          <w:tab w:val="left" w:pos="180"/>
        </w:tabs>
        <w:autoSpaceDE w:val="0"/>
        <w:autoSpaceDN w:val="0"/>
        <w:spacing w:before="70" w:after="0" w:line="262" w:lineRule="auto"/>
        <w:ind w:right="1152"/>
        <w:rPr>
          <w:lang w:val="ru-RU"/>
        </w:rPr>
      </w:pPr>
      <w:r w:rsidRPr="004B3D16">
        <w:rPr>
          <w:lang w:val="ru-RU"/>
        </w:rPr>
        <w:tab/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Функциональные разновидности языка. Разговорная речь. Просьба, изви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нение как жанры разговорной речи.</w:t>
      </w:r>
    </w:p>
    <w:p w:rsidR="00E10B51" w:rsidRPr="004B3D16" w:rsidRDefault="002519B0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Официально-деловой стиль. Объявление (устное и письменное).</w:t>
      </w:r>
    </w:p>
    <w:p w:rsidR="00E10B51" w:rsidRPr="004B3D16" w:rsidRDefault="002519B0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Учебно-научный стиль. План ответа на уроке, план текста.</w:t>
      </w:r>
    </w:p>
    <w:p w:rsidR="00E10B51" w:rsidRPr="004B3D16" w:rsidRDefault="002519B0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Публицистический стиль. Устное выступление. Девиз, слоган.</w:t>
      </w:r>
    </w:p>
    <w:p w:rsidR="00E10B51" w:rsidRPr="004B3D16" w:rsidRDefault="002519B0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Язык </w:t>
      </w: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художественной  литературы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Литературная 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сказка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. Рассказ.</w:t>
      </w:r>
    </w:p>
    <w:p w:rsidR="00E10B51" w:rsidRPr="004B3D16" w:rsidRDefault="002519B0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4B3D16">
        <w:rPr>
          <w:lang w:val="ru-RU"/>
        </w:rPr>
        <w:tab/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Особенности языка фольклорных текстов. Загадка, пословица. Сказка. Особенности языка сказки (сравнения, синонимы, антонимы, слова с уменьшительными суффиксами и т. д.). </w:t>
      </w:r>
    </w:p>
    <w:p w:rsidR="00E10B51" w:rsidRPr="004B3D16" w:rsidRDefault="00E10B51">
      <w:pPr>
        <w:rPr>
          <w:lang w:val="ru-RU"/>
        </w:rPr>
        <w:sectPr w:rsidR="00E10B51" w:rsidRPr="004B3D16">
          <w:pgSz w:w="11900" w:h="16840"/>
          <w:pgMar w:top="286" w:right="644" w:bottom="1440" w:left="666" w:header="720" w:footer="720" w:gutter="0"/>
          <w:cols w:space="720" w:equalWidth="0">
            <w:col w:w="10590" w:space="0"/>
          </w:cols>
          <w:docGrid w:linePitch="360"/>
        </w:sectPr>
      </w:pPr>
    </w:p>
    <w:p w:rsidR="00E10B51" w:rsidRPr="004B3D16" w:rsidRDefault="00E10B51">
      <w:pPr>
        <w:autoSpaceDE w:val="0"/>
        <w:autoSpaceDN w:val="0"/>
        <w:spacing w:after="78" w:line="220" w:lineRule="exact"/>
        <w:rPr>
          <w:lang w:val="ru-RU"/>
        </w:rPr>
      </w:pPr>
    </w:p>
    <w:p w:rsidR="00E10B51" w:rsidRPr="004B3D16" w:rsidRDefault="002519B0">
      <w:pPr>
        <w:autoSpaceDE w:val="0"/>
        <w:autoSpaceDN w:val="0"/>
        <w:spacing w:after="0" w:line="230" w:lineRule="auto"/>
        <w:rPr>
          <w:lang w:val="ru-RU"/>
        </w:rPr>
      </w:pPr>
      <w:r w:rsidRPr="004B3D16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</w:t>
      </w:r>
      <w:r w:rsidRPr="004B3D16">
        <w:rPr>
          <w:rFonts w:ascii="Times New Roman" w:eastAsia="Times New Roman" w:hAnsi="Times New Roman"/>
          <w:b/>
          <w:color w:val="000000"/>
          <w:sz w:val="24"/>
          <w:lang w:val="ru-RU"/>
        </w:rPr>
        <w:t>ВАТЕЛЬНЫЕ РЕЗУЛЬТАТЫ</w:t>
      </w:r>
    </w:p>
    <w:p w:rsidR="00E10B51" w:rsidRPr="004B3D16" w:rsidRDefault="002519B0">
      <w:pPr>
        <w:tabs>
          <w:tab w:val="left" w:pos="180"/>
        </w:tabs>
        <w:autoSpaceDE w:val="0"/>
        <w:autoSpaceDN w:val="0"/>
        <w:spacing w:before="346" w:after="0" w:line="262" w:lineRule="auto"/>
        <w:ind w:right="864"/>
        <w:rPr>
          <w:lang w:val="ru-RU"/>
        </w:rPr>
      </w:pPr>
      <w:r w:rsidRPr="004B3D16">
        <w:rPr>
          <w:lang w:val="ru-RU"/>
        </w:rPr>
        <w:tab/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учебного предмета «Родной язык (русский)» в 5 классе направлено на достижение обучающимися следующих личностных, </w:t>
      </w:r>
      <w:proofErr w:type="spell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результатов.</w:t>
      </w:r>
    </w:p>
    <w:p w:rsidR="00E10B51" w:rsidRPr="004B3D16" w:rsidRDefault="002519B0">
      <w:pPr>
        <w:autoSpaceDE w:val="0"/>
        <w:autoSpaceDN w:val="0"/>
        <w:spacing w:before="262" w:after="0" w:line="230" w:lineRule="auto"/>
        <w:rPr>
          <w:lang w:val="ru-RU"/>
        </w:rPr>
      </w:pPr>
      <w:r w:rsidRPr="004B3D16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E10B51" w:rsidRPr="004B3D16" w:rsidRDefault="002519B0">
      <w:pPr>
        <w:autoSpaceDE w:val="0"/>
        <w:autoSpaceDN w:val="0"/>
        <w:spacing w:before="166" w:after="0" w:line="281" w:lineRule="auto"/>
        <w:ind w:firstLine="180"/>
        <w:rPr>
          <w:lang w:val="ru-RU"/>
        </w:rPr>
      </w:pP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освоения программы по родному языку (русскому)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ностями, принятыми в обществе правилами и нормами поведения и способствуют процессам самопознания, </w:t>
      </w:r>
      <w:r w:rsidRPr="004B3D16">
        <w:rPr>
          <w:lang w:val="ru-RU"/>
        </w:rPr>
        <w:br/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самовоспитания и саморазвития, формирования внутренней позиции личности.</w:t>
      </w:r>
    </w:p>
    <w:p w:rsidR="00E10B51" w:rsidRPr="004B3D16" w:rsidRDefault="002519B0">
      <w:pPr>
        <w:tabs>
          <w:tab w:val="left" w:pos="180"/>
        </w:tabs>
        <w:autoSpaceDE w:val="0"/>
        <w:autoSpaceDN w:val="0"/>
        <w:spacing w:before="72" w:after="0" w:line="281" w:lineRule="auto"/>
        <w:ind w:right="144"/>
        <w:rPr>
          <w:lang w:val="ru-RU"/>
        </w:rPr>
      </w:pPr>
      <w:r w:rsidRPr="004B3D16">
        <w:rPr>
          <w:lang w:val="ru-RU"/>
        </w:rPr>
        <w:tab/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освоения рабочей программы по родному языку (русскому) для о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е в части: </w:t>
      </w:r>
      <w:r w:rsidRPr="004B3D16">
        <w:rPr>
          <w:lang w:val="ru-RU"/>
        </w:rPr>
        <w:br/>
      </w:r>
      <w:r w:rsidRPr="004B3D16">
        <w:rPr>
          <w:lang w:val="ru-RU"/>
        </w:rPr>
        <w:tab/>
      </w:r>
      <w:r w:rsidRPr="004B3D1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гражданского воспитания:</w:t>
      </w:r>
    </w:p>
    <w:p w:rsidR="00E10B51" w:rsidRPr="004B3D16" w:rsidRDefault="002519B0">
      <w:pPr>
        <w:autoSpaceDE w:val="0"/>
        <w:autoSpaceDN w:val="0"/>
        <w:spacing w:before="178" w:after="0" w:line="262" w:lineRule="auto"/>
        <w:ind w:left="420" w:right="288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готовность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к выполнению обязанностей гражданина и реализации его прав, уважение прав, свобод и законных интересов других людей; </w:t>
      </w:r>
    </w:p>
    <w:p w:rsidR="00E10B51" w:rsidRPr="004B3D16" w:rsidRDefault="002519B0">
      <w:pPr>
        <w:autoSpaceDE w:val="0"/>
        <w:autoSpaceDN w:val="0"/>
        <w:spacing w:before="190" w:after="0" w:line="271" w:lineRule="auto"/>
        <w:ind w:left="420" w:right="144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активное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участие в жизни семьи, образовательной организации, местного сообщества, р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одного края, страны, в том числе в сопоставлении с ситуациями, отражёнными в литературных произведениях, написанных на русском языке; </w:t>
      </w:r>
    </w:p>
    <w:p w:rsidR="00E10B51" w:rsidRPr="004B3D16" w:rsidRDefault="002519B0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неприятие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любых форм экстремизма, дискриминации; </w:t>
      </w:r>
    </w:p>
    <w:p w:rsidR="00E10B51" w:rsidRPr="004B3D16" w:rsidRDefault="002519B0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 понимание роли различных социальных институтов в жизни человека;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</w:p>
    <w:p w:rsidR="00E10B51" w:rsidRPr="004B3D16" w:rsidRDefault="002519B0">
      <w:pPr>
        <w:autoSpaceDE w:val="0"/>
        <w:autoSpaceDN w:val="0"/>
        <w:spacing w:before="190" w:after="0"/>
        <w:ind w:left="420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представление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санных на русском языке; </w:t>
      </w:r>
    </w:p>
    <w:p w:rsidR="00E10B51" w:rsidRPr="004B3D16" w:rsidRDefault="002519B0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готовность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к разнообразной совместной деятельности, стремление к взаимопониманию и взаимопомощи; </w:t>
      </w:r>
    </w:p>
    <w:p w:rsidR="00E10B51" w:rsidRPr="004B3D16" w:rsidRDefault="002519B0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активное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участие в школьном самоуправлении; </w:t>
      </w:r>
    </w:p>
    <w:p w:rsidR="00E10B51" w:rsidRPr="004B3D16" w:rsidRDefault="002519B0">
      <w:pPr>
        <w:autoSpaceDE w:val="0"/>
        <w:autoSpaceDN w:val="0"/>
        <w:spacing w:before="192" w:after="0" w:line="262" w:lineRule="auto"/>
        <w:ind w:left="420" w:right="432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готовность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к участию в гуманитарной деятельности (помощь людям, нуждающимся в 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ней; </w:t>
      </w:r>
      <w:proofErr w:type="spell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волонтёрство</w:t>
      </w:r>
      <w:proofErr w:type="spell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);</w:t>
      </w:r>
    </w:p>
    <w:p w:rsidR="00E10B51" w:rsidRPr="004B3D16" w:rsidRDefault="002519B0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патриотического</w:t>
      </w:r>
      <w:proofErr w:type="gramEnd"/>
      <w:r w:rsidRPr="004B3D1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воспитания:</w:t>
      </w:r>
    </w:p>
    <w:p w:rsidR="00E10B51" w:rsidRPr="004B3D16" w:rsidRDefault="002519B0">
      <w:pPr>
        <w:autoSpaceDE w:val="0"/>
        <w:autoSpaceDN w:val="0"/>
        <w:spacing w:before="178" w:after="0" w:line="271" w:lineRule="auto"/>
        <w:ind w:left="420" w:right="144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осознание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российской гражданской идентичности в поликультурном и </w:t>
      </w:r>
      <w:r w:rsidRPr="004B3D16">
        <w:rPr>
          <w:lang w:val="ru-RU"/>
        </w:rPr>
        <w:br/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многоконфессиональном обществе, понимание роли русского языка как государственного языка 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Российской Федерации и языка межнационального общения народов России; </w:t>
      </w:r>
    </w:p>
    <w:p w:rsidR="00E10B51" w:rsidRPr="004B3D16" w:rsidRDefault="002519B0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проявление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интереса к познанию русского языка, к истории и культуре Российской Федерации, культуре своего края, народов России в контексте учебного предмета «Родной язык (русский)»; </w:t>
      </w:r>
    </w:p>
    <w:p w:rsidR="00E10B51" w:rsidRPr="004B3D16" w:rsidRDefault="002519B0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ценностное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отношение к русскому языку, к достижениям своей Родины — России, к науке, искусству, боевым подвигам и трудовым достижениям народа, в том числе отражённым в художественных произведениях; </w:t>
      </w:r>
    </w:p>
    <w:p w:rsidR="00E10B51" w:rsidRPr="004B3D16" w:rsidRDefault="00E10B51">
      <w:pPr>
        <w:rPr>
          <w:lang w:val="ru-RU"/>
        </w:rPr>
        <w:sectPr w:rsidR="00E10B51" w:rsidRPr="004B3D16">
          <w:pgSz w:w="11900" w:h="16840"/>
          <w:pgMar w:top="298" w:right="650" w:bottom="4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10B51" w:rsidRPr="004B3D16" w:rsidRDefault="00E10B51">
      <w:pPr>
        <w:autoSpaceDE w:val="0"/>
        <w:autoSpaceDN w:val="0"/>
        <w:spacing w:after="108" w:line="220" w:lineRule="exact"/>
        <w:rPr>
          <w:lang w:val="ru-RU"/>
        </w:rPr>
      </w:pPr>
    </w:p>
    <w:p w:rsidR="00E10B51" w:rsidRPr="004B3D16" w:rsidRDefault="002519B0">
      <w:pPr>
        <w:autoSpaceDE w:val="0"/>
        <w:autoSpaceDN w:val="0"/>
        <w:spacing w:after="0" w:line="262" w:lineRule="auto"/>
        <w:ind w:left="240" w:right="144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уважение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E10B51" w:rsidRPr="004B3D16" w:rsidRDefault="002519B0">
      <w:pPr>
        <w:autoSpaceDE w:val="0"/>
        <w:autoSpaceDN w:val="0"/>
        <w:spacing w:before="178" w:after="0" w:line="230" w:lineRule="auto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духовно</w:t>
      </w:r>
      <w:proofErr w:type="gramEnd"/>
      <w:r w:rsidRPr="004B3D1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-нравственного воспитания:</w:t>
      </w:r>
    </w:p>
    <w:p w:rsidR="00E10B51" w:rsidRPr="004B3D16" w:rsidRDefault="002519B0">
      <w:pPr>
        <w:autoSpaceDE w:val="0"/>
        <w:autoSpaceDN w:val="0"/>
        <w:spacing w:before="178" w:after="0" w:line="230" w:lineRule="auto"/>
        <w:ind w:left="240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ориентация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на моральные ценности и нормы в ситуациях н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равственного выбора; </w:t>
      </w:r>
    </w:p>
    <w:p w:rsidR="00E10B51" w:rsidRPr="004B3D16" w:rsidRDefault="002519B0">
      <w:pPr>
        <w:autoSpaceDE w:val="0"/>
        <w:autoSpaceDN w:val="0"/>
        <w:spacing w:before="190" w:after="0" w:line="271" w:lineRule="auto"/>
        <w:ind w:left="240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готовность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оценивать своё поведение, в том числе речевое, и поступки, а также поведение и поступки других людей с позиции нравственных и правовых норм с учётом осознания последствий поступков; </w:t>
      </w:r>
    </w:p>
    <w:p w:rsidR="00E10B51" w:rsidRPr="004B3D16" w:rsidRDefault="002519B0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активное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неприятие асоциальных пос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тупков; </w:t>
      </w:r>
    </w:p>
    <w:p w:rsidR="00E10B51" w:rsidRPr="004B3D16" w:rsidRDefault="002519B0">
      <w:pPr>
        <w:autoSpaceDE w:val="0"/>
        <w:autoSpaceDN w:val="0"/>
        <w:spacing w:before="192" w:after="0" w:line="262" w:lineRule="auto"/>
        <w:ind w:left="240" w:right="864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свобода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и ответственность личности в условиях индивидуального и общественного пространства;</w:t>
      </w:r>
    </w:p>
    <w:p w:rsidR="00E10B51" w:rsidRPr="004B3D16" w:rsidRDefault="002519B0">
      <w:pPr>
        <w:autoSpaceDE w:val="0"/>
        <w:autoSpaceDN w:val="0"/>
        <w:spacing w:before="178" w:after="0" w:line="230" w:lineRule="auto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эстетического</w:t>
      </w:r>
      <w:proofErr w:type="gramEnd"/>
      <w:r w:rsidRPr="004B3D1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воспитания:</w:t>
      </w:r>
    </w:p>
    <w:p w:rsidR="00E10B51" w:rsidRPr="004B3D16" w:rsidRDefault="002519B0">
      <w:pPr>
        <w:autoSpaceDE w:val="0"/>
        <w:autoSpaceDN w:val="0"/>
        <w:spacing w:before="178" w:after="0" w:line="262" w:lineRule="auto"/>
        <w:ind w:left="240" w:right="576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восприимчивость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к разным видам искусства, традициям и творчеству своего и других народов; </w:t>
      </w:r>
    </w:p>
    <w:p w:rsidR="00E10B51" w:rsidRPr="004B3D16" w:rsidRDefault="002519B0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понимание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эмоционального воздействия искусства; </w:t>
      </w:r>
    </w:p>
    <w:p w:rsidR="00E10B51" w:rsidRPr="004B3D16" w:rsidRDefault="002519B0">
      <w:pPr>
        <w:autoSpaceDE w:val="0"/>
        <w:autoSpaceDN w:val="0"/>
        <w:spacing w:before="190" w:after="0" w:line="262" w:lineRule="auto"/>
        <w:ind w:left="240" w:right="1440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осознание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важности художественной культуры как средства коммуникации и самовыражения; </w:t>
      </w:r>
    </w:p>
    <w:p w:rsidR="00E10B51" w:rsidRPr="004B3D16" w:rsidRDefault="002519B0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осознание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важности русского языка как средства коммуникации и самовыражения; </w:t>
      </w:r>
    </w:p>
    <w:p w:rsidR="00E10B51" w:rsidRPr="004B3D16" w:rsidRDefault="002519B0">
      <w:pPr>
        <w:autoSpaceDE w:val="0"/>
        <w:autoSpaceDN w:val="0"/>
        <w:spacing w:before="190" w:after="0" w:line="262" w:lineRule="auto"/>
        <w:ind w:left="240" w:right="288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понимание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ценности отечественн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ого и мирового искусства, роли этнических культурных традиций и народного творчества; </w:t>
      </w:r>
    </w:p>
    <w:p w:rsidR="00E10B51" w:rsidRPr="004B3D16" w:rsidRDefault="002519B0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стремление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к самовыражению в разных видах искусства;</w:t>
      </w:r>
    </w:p>
    <w:p w:rsidR="00E10B51" w:rsidRPr="004B3D16" w:rsidRDefault="002519B0">
      <w:pPr>
        <w:autoSpaceDE w:val="0"/>
        <w:autoSpaceDN w:val="0"/>
        <w:spacing w:before="178" w:after="0" w:line="230" w:lineRule="auto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физического</w:t>
      </w:r>
      <w:proofErr w:type="gramEnd"/>
      <w:r w:rsidRPr="004B3D1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воспитания, формирования культуры здоровья и эмоционального благополучия:</w:t>
      </w:r>
    </w:p>
    <w:p w:rsidR="00E10B51" w:rsidRPr="004B3D16" w:rsidRDefault="002519B0">
      <w:pPr>
        <w:autoSpaceDE w:val="0"/>
        <w:autoSpaceDN w:val="0"/>
        <w:spacing w:before="178" w:after="0" w:line="286" w:lineRule="auto"/>
        <w:ind w:left="240"/>
        <w:rPr>
          <w:lang w:val="ru-RU"/>
        </w:rPr>
      </w:pP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осознание ценности жизни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с опорой на собственный жизненный и читательский опыт;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сть); осознание последствий и неприятие вредных привычек (употребление алкоголя, наркотиков, курение) и иных форм вреда для физического и </w:t>
      </w:r>
      <w:r w:rsidRPr="004B3D16">
        <w:rPr>
          <w:lang w:val="ru-RU"/>
        </w:rPr>
        <w:br/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психического здоровья; соблюдение правил безопасности, в том числе навыки безопасного поведения в интернет-среде в пр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оцессе школьного языкового образования;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E10B51" w:rsidRPr="004B3D16" w:rsidRDefault="002519B0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умение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принимать себя и других не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осуждая;</w:t>
      </w:r>
    </w:p>
    <w:p w:rsidR="00E10B51" w:rsidRPr="004B3D16" w:rsidRDefault="002519B0">
      <w:pPr>
        <w:autoSpaceDE w:val="0"/>
        <w:autoSpaceDN w:val="0"/>
        <w:spacing w:before="190" w:after="0" w:line="281" w:lineRule="auto"/>
        <w:ind w:left="240" w:right="288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умение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е; </w:t>
      </w:r>
      <w:proofErr w:type="spell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навыков рефлексии, признание своего права на ошибку и такого же права другого человека;</w:t>
      </w:r>
    </w:p>
    <w:p w:rsidR="00E10B51" w:rsidRPr="004B3D16" w:rsidRDefault="002519B0">
      <w:pPr>
        <w:autoSpaceDE w:val="0"/>
        <w:autoSpaceDN w:val="0"/>
        <w:spacing w:before="178" w:after="0" w:line="230" w:lineRule="auto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трудового</w:t>
      </w:r>
      <w:proofErr w:type="gramEnd"/>
      <w:r w:rsidRPr="004B3D1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воспитания:</w:t>
      </w:r>
    </w:p>
    <w:p w:rsidR="00E10B51" w:rsidRPr="004B3D16" w:rsidRDefault="002519B0">
      <w:pPr>
        <w:autoSpaceDE w:val="0"/>
        <w:autoSpaceDN w:val="0"/>
        <w:spacing w:before="178" w:after="0" w:line="271" w:lineRule="auto"/>
        <w:ind w:left="240" w:right="576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установка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на активное участие в решении практических задач (в рамках семьи, школы, 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E10B51" w:rsidRPr="004B3D16" w:rsidRDefault="00E10B51">
      <w:pPr>
        <w:rPr>
          <w:lang w:val="ru-RU"/>
        </w:rPr>
        <w:sectPr w:rsidR="00E10B51" w:rsidRPr="004B3D16">
          <w:pgSz w:w="11900" w:h="16840"/>
          <w:pgMar w:top="328" w:right="932" w:bottom="372" w:left="846" w:header="720" w:footer="720" w:gutter="0"/>
          <w:cols w:space="720" w:equalWidth="0">
            <w:col w:w="10122" w:space="0"/>
          </w:cols>
          <w:docGrid w:linePitch="360"/>
        </w:sectPr>
      </w:pPr>
    </w:p>
    <w:p w:rsidR="00E10B51" w:rsidRPr="004B3D16" w:rsidRDefault="00E10B51">
      <w:pPr>
        <w:autoSpaceDE w:val="0"/>
        <w:autoSpaceDN w:val="0"/>
        <w:spacing w:after="72" w:line="220" w:lineRule="exact"/>
        <w:rPr>
          <w:lang w:val="ru-RU"/>
        </w:rPr>
      </w:pPr>
    </w:p>
    <w:p w:rsidR="00E10B51" w:rsidRPr="004B3D16" w:rsidRDefault="002519B0">
      <w:pPr>
        <w:autoSpaceDE w:val="0"/>
        <w:autoSpaceDN w:val="0"/>
        <w:spacing w:after="0" w:line="281" w:lineRule="auto"/>
        <w:ind w:left="420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интерес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к практическому изучению профессий и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писателей; уважение к труду и результатам трудовой деятельности; осознанный выбор и построение индивидуальной трае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ктории образования и жизненных планов с учётом личных и общественных интересов и потребностей; умение рассказать о своих планах на будущее;</w:t>
      </w:r>
    </w:p>
    <w:p w:rsidR="00E10B51" w:rsidRPr="004B3D16" w:rsidRDefault="002519B0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экологического</w:t>
      </w:r>
      <w:proofErr w:type="gramEnd"/>
      <w:r w:rsidRPr="004B3D1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воспитания:</w:t>
      </w:r>
    </w:p>
    <w:p w:rsidR="00E10B51" w:rsidRPr="004B3D16" w:rsidRDefault="002519B0">
      <w:pPr>
        <w:autoSpaceDE w:val="0"/>
        <w:autoSpaceDN w:val="0"/>
        <w:spacing w:before="178" w:after="0"/>
        <w:ind w:left="420" w:right="144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ориентация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на применение знаний из области социальных и естественных наук для решения 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задач в области окружающей среды, планирования поступков и оценки их возможных </w:t>
      </w:r>
      <w:r w:rsidRPr="004B3D16">
        <w:rPr>
          <w:lang w:val="ru-RU"/>
        </w:rPr>
        <w:br/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последствий для окружающей среды; умение точно, логично выражать свою точку зрения на экологические проблемы;</w:t>
      </w:r>
    </w:p>
    <w:p w:rsidR="00E10B51" w:rsidRPr="004B3D16" w:rsidRDefault="002519B0">
      <w:pPr>
        <w:autoSpaceDE w:val="0"/>
        <w:autoSpaceDN w:val="0"/>
        <w:spacing w:before="192" w:after="0" w:line="283" w:lineRule="auto"/>
        <w:ind w:left="420"/>
        <w:rPr>
          <w:lang w:val="ru-RU"/>
        </w:rPr>
      </w:pP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повышение уровня экологической культуры, осознание глобального 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характера экологических проблем и путей их решения; активное неприятие действий, приносящих вред окружающей среде, в том числе сформированное при знакомстве с литературными произведениями, </w:t>
      </w:r>
      <w:r w:rsidRPr="004B3D16">
        <w:rPr>
          <w:lang w:val="ru-RU"/>
        </w:rPr>
        <w:br/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поднимающими экологические проблемы; активное неприятие действий, 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</w:t>
      </w:r>
      <w:r w:rsidRPr="004B3D16">
        <w:rPr>
          <w:lang w:val="ru-RU"/>
        </w:rPr>
        <w:br/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деятельности экологической направленности;</w:t>
      </w:r>
    </w:p>
    <w:p w:rsidR="00E10B51" w:rsidRPr="004B3D16" w:rsidRDefault="002519B0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ценности</w:t>
      </w:r>
      <w:proofErr w:type="gramEnd"/>
      <w:r w:rsidRPr="004B3D1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научного позна</w:t>
      </w:r>
      <w:r w:rsidRPr="004B3D1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ния:</w:t>
      </w:r>
    </w:p>
    <w:p w:rsidR="00E10B51" w:rsidRPr="004B3D16" w:rsidRDefault="002519B0">
      <w:pPr>
        <w:autoSpaceDE w:val="0"/>
        <w:autoSpaceDN w:val="0"/>
        <w:spacing w:before="178" w:after="0" w:line="271" w:lineRule="auto"/>
        <w:ind w:left="420" w:right="144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ориентация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закономерностях развития языка; </w:t>
      </w:r>
    </w:p>
    <w:p w:rsidR="00E10B51" w:rsidRPr="004B3D16" w:rsidRDefault="002519B0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овладение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языковой 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и читательской культурой, навыками чтения как средства познания мира; </w:t>
      </w:r>
    </w:p>
    <w:p w:rsidR="00E10B51" w:rsidRPr="004B3D16" w:rsidRDefault="002519B0">
      <w:pPr>
        <w:autoSpaceDE w:val="0"/>
        <w:autoSpaceDN w:val="0"/>
        <w:spacing w:before="190" w:after="0" w:line="262" w:lineRule="auto"/>
        <w:ind w:left="420" w:right="720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овладение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основными навыками исследовательской деятельности с учётом специфики школьного языкового образования; </w:t>
      </w:r>
    </w:p>
    <w:p w:rsidR="00E10B51" w:rsidRPr="004B3D16" w:rsidRDefault="002519B0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установка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E10B51" w:rsidRPr="004B3D16" w:rsidRDefault="002519B0">
      <w:pPr>
        <w:tabs>
          <w:tab w:val="left" w:pos="180"/>
        </w:tabs>
        <w:autoSpaceDE w:val="0"/>
        <w:autoSpaceDN w:val="0"/>
        <w:spacing w:before="300" w:after="0" w:line="262" w:lineRule="auto"/>
        <w:ind w:right="144"/>
        <w:rPr>
          <w:lang w:val="ru-RU"/>
        </w:rPr>
      </w:pPr>
      <w:r w:rsidRPr="004B3D16">
        <w:rPr>
          <w:lang w:val="ru-RU"/>
        </w:rPr>
        <w:tab/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результаты, обеспечивающие </w:t>
      </w:r>
      <w:r w:rsidRPr="004B3D1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адаптацию обучающегося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к изменяющимся условиям социальной и природной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среды:</w:t>
      </w:r>
    </w:p>
    <w:p w:rsidR="00E10B51" w:rsidRPr="004B3D16" w:rsidRDefault="002519B0">
      <w:pPr>
        <w:autoSpaceDE w:val="0"/>
        <w:autoSpaceDN w:val="0"/>
        <w:spacing w:before="178" w:after="0"/>
        <w:ind w:left="420" w:right="288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освоение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циального взаимодействия с людьми из другой культурной среды;</w:t>
      </w:r>
    </w:p>
    <w:p w:rsidR="00E10B51" w:rsidRPr="004B3D16" w:rsidRDefault="002519B0">
      <w:pPr>
        <w:autoSpaceDE w:val="0"/>
        <w:autoSpaceDN w:val="0"/>
        <w:spacing w:before="190" w:after="0" w:line="281" w:lineRule="auto"/>
        <w:ind w:left="420" w:right="144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способность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обучающихся к взаимодействию в условиях неопределённости, открытость опыту и знаниям других; способность действовать в условиях неопределённости, повышать уровень своей компетентн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:rsidR="00E10B51" w:rsidRPr="004B3D16" w:rsidRDefault="002519B0">
      <w:pPr>
        <w:autoSpaceDE w:val="0"/>
        <w:autoSpaceDN w:val="0"/>
        <w:spacing w:before="190" w:after="0" w:line="271" w:lineRule="auto"/>
        <w:ind w:left="420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навык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выявления и связывания образов, способность формировать новые знания, способнос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ть формулировать идеи, понятия, гипотезы об объектах и явлениях, в том числе ранее не известных, осознавать дефицит собственных знаний и компетенций, планировать своё развитие;</w:t>
      </w:r>
    </w:p>
    <w:p w:rsidR="00E10B51" w:rsidRPr="004B3D16" w:rsidRDefault="00E10B51">
      <w:pPr>
        <w:rPr>
          <w:lang w:val="ru-RU"/>
        </w:rPr>
        <w:sectPr w:rsidR="00E10B51" w:rsidRPr="004B3D16">
          <w:pgSz w:w="11900" w:h="16840"/>
          <w:pgMar w:top="292" w:right="736" w:bottom="362" w:left="666" w:header="720" w:footer="720" w:gutter="0"/>
          <w:cols w:space="720" w:equalWidth="0">
            <w:col w:w="10498" w:space="0"/>
          </w:cols>
          <w:docGrid w:linePitch="360"/>
        </w:sectPr>
      </w:pPr>
    </w:p>
    <w:p w:rsidR="00E10B51" w:rsidRPr="004B3D16" w:rsidRDefault="00E10B51">
      <w:pPr>
        <w:autoSpaceDE w:val="0"/>
        <w:autoSpaceDN w:val="0"/>
        <w:spacing w:after="84" w:line="220" w:lineRule="exact"/>
        <w:rPr>
          <w:lang w:val="ru-RU"/>
        </w:rPr>
      </w:pPr>
    </w:p>
    <w:p w:rsidR="00E10B51" w:rsidRPr="004B3D16" w:rsidRDefault="002519B0">
      <w:pPr>
        <w:autoSpaceDE w:val="0"/>
        <w:autoSpaceDN w:val="0"/>
        <w:spacing w:after="0"/>
        <w:ind w:left="420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умение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опери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ия вызовов, возможных глобальных последствий;</w:t>
      </w:r>
    </w:p>
    <w:p w:rsidR="00E10B51" w:rsidRPr="004B3D16" w:rsidRDefault="002519B0">
      <w:pPr>
        <w:autoSpaceDE w:val="0"/>
        <w:autoSpaceDN w:val="0"/>
        <w:spacing w:before="190" w:after="0" w:line="281" w:lineRule="auto"/>
        <w:ind w:left="420" w:right="288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способность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ер; оценивать ситуацию стресса, корректировать принимаемые решения и действия; формулировать и оценивать риски и последствия, </w:t>
      </w:r>
      <w:r w:rsidRPr="004B3D16">
        <w:rPr>
          <w:lang w:val="ru-RU"/>
        </w:rPr>
        <w:br/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формировать опыт, уметь находить позитивное в сложившейся ситуации; быть готовым действовать в отсутствие гарантий успеха.</w:t>
      </w:r>
    </w:p>
    <w:p w:rsidR="00E10B51" w:rsidRPr="004B3D16" w:rsidRDefault="002519B0">
      <w:pPr>
        <w:autoSpaceDE w:val="0"/>
        <w:autoSpaceDN w:val="0"/>
        <w:spacing w:before="324" w:after="0" w:line="230" w:lineRule="auto"/>
        <w:rPr>
          <w:lang w:val="ru-RU"/>
        </w:rPr>
      </w:pPr>
      <w:r w:rsidRPr="004B3D16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E10B51" w:rsidRPr="004B3D16" w:rsidRDefault="002519B0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универсальными учебными </w:t>
      </w:r>
      <w:r w:rsidRPr="004B3D16">
        <w:rPr>
          <w:rFonts w:ascii="Times New Roman" w:eastAsia="Times New Roman" w:hAnsi="Times New Roman"/>
          <w:b/>
          <w:color w:val="000000"/>
          <w:sz w:val="24"/>
          <w:lang w:val="ru-RU"/>
        </w:rPr>
        <w:t>познавательными действиями.</w:t>
      </w:r>
    </w:p>
    <w:p w:rsidR="00E10B51" w:rsidRPr="004B3D16" w:rsidRDefault="002519B0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4B3D1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Базовые логические действия:</w:t>
      </w:r>
    </w:p>
    <w:p w:rsidR="00E10B51" w:rsidRPr="004B3D16" w:rsidRDefault="002519B0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выявлять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и характеризовать существенные признаки языковых единиц, языковых явлений и процессов;</w:t>
      </w:r>
    </w:p>
    <w:p w:rsidR="00E10B51" w:rsidRPr="004B3D16" w:rsidRDefault="002519B0">
      <w:pPr>
        <w:autoSpaceDE w:val="0"/>
        <w:autoSpaceDN w:val="0"/>
        <w:spacing w:before="190" w:after="0" w:line="271" w:lineRule="auto"/>
        <w:ind w:left="420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существенный признак классификации языковых единиц (явлений), основания для обобщения и сравнения, критерии проводимого анализа; классифицировать языковые единицы по существенному признаку;</w:t>
      </w:r>
    </w:p>
    <w:p w:rsidR="00E10B51" w:rsidRPr="004B3D16" w:rsidRDefault="002519B0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выявлять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закономерности и противоречия в рассм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атриваемых фактах, данных и наблюдениях; предлагать критерии для выявления закономерностей и противоречий;</w:t>
      </w:r>
    </w:p>
    <w:p w:rsidR="00E10B51" w:rsidRPr="004B3D16" w:rsidRDefault="002519B0">
      <w:pPr>
        <w:autoSpaceDE w:val="0"/>
        <w:autoSpaceDN w:val="0"/>
        <w:spacing w:before="190" w:after="0" w:line="230" w:lineRule="auto"/>
        <w:jc w:val="center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выявлять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дефицит информации, необходимой для решения поставленной учебной задачи;</w:t>
      </w:r>
    </w:p>
    <w:p w:rsidR="00E10B51" w:rsidRPr="004B3D16" w:rsidRDefault="002519B0">
      <w:pPr>
        <w:autoSpaceDE w:val="0"/>
        <w:autoSpaceDN w:val="0"/>
        <w:spacing w:before="190" w:after="0" w:line="271" w:lineRule="auto"/>
        <w:ind w:left="420" w:right="144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выявлять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причинно-следственные связи при изучении языковых пр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E10B51" w:rsidRPr="004B3D16" w:rsidRDefault="002519B0">
      <w:pPr>
        <w:autoSpaceDE w:val="0"/>
        <w:autoSpaceDN w:val="0"/>
        <w:spacing w:before="190" w:after="0" w:line="271" w:lineRule="auto"/>
        <w:ind w:left="420" w:right="576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выбирать способ решения учебной задачи при работе с разными типами текстов, разными единица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ми языка, сравнивая варианты решения и выбирая оптимальный вариант с учётом самостоятельно выделенных критериев.</w:t>
      </w:r>
    </w:p>
    <w:p w:rsidR="00E10B51" w:rsidRPr="004B3D16" w:rsidRDefault="002519B0">
      <w:pPr>
        <w:autoSpaceDE w:val="0"/>
        <w:autoSpaceDN w:val="0"/>
        <w:spacing w:before="180" w:after="0" w:line="230" w:lineRule="auto"/>
        <w:ind w:left="180"/>
        <w:rPr>
          <w:lang w:val="ru-RU"/>
        </w:rPr>
      </w:pPr>
      <w:r w:rsidRPr="004B3D1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Базовые исследовательские действия:</w:t>
      </w:r>
    </w:p>
    <w:p w:rsidR="00E10B51" w:rsidRPr="004B3D16" w:rsidRDefault="002519B0">
      <w:pPr>
        <w:autoSpaceDE w:val="0"/>
        <w:autoSpaceDN w:val="0"/>
        <w:spacing w:before="180" w:after="0" w:line="230" w:lineRule="auto"/>
        <w:ind w:left="420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вопросы как исследовательский инструмент познания в языковом образовании;</w:t>
      </w:r>
    </w:p>
    <w:p w:rsidR="00E10B51" w:rsidRPr="004B3D16" w:rsidRDefault="002519B0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E10B51" w:rsidRPr="004B3D16" w:rsidRDefault="002519B0">
      <w:pPr>
        <w:autoSpaceDE w:val="0"/>
        <w:autoSpaceDN w:val="0"/>
        <w:spacing w:before="190" w:after="0" w:line="262" w:lineRule="auto"/>
        <w:ind w:left="420" w:right="1296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формировать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гипотезу об истинности собственных суждений и суждений других, аргументировать свою позиц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ию, мнение;</w:t>
      </w:r>
    </w:p>
    <w:p w:rsidR="00E10B51" w:rsidRPr="004B3D16" w:rsidRDefault="002519B0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составлять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алгоритм действий и использовать его для решения учебных задач;</w:t>
      </w:r>
    </w:p>
    <w:p w:rsidR="00E10B51" w:rsidRPr="004B3D16" w:rsidRDefault="002519B0">
      <w:pPr>
        <w:autoSpaceDE w:val="0"/>
        <w:autoSpaceDN w:val="0"/>
        <w:spacing w:before="190" w:after="0" w:line="271" w:lineRule="auto"/>
        <w:ind w:left="420" w:right="576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проводить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симостей объектов между собой;</w:t>
      </w:r>
    </w:p>
    <w:p w:rsidR="00E10B51" w:rsidRPr="004B3D16" w:rsidRDefault="002519B0">
      <w:pPr>
        <w:autoSpaceDE w:val="0"/>
        <w:autoSpaceDN w:val="0"/>
        <w:spacing w:before="190" w:after="0" w:line="262" w:lineRule="auto"/>
        <w:ind w:left="420" w:right="1584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оценивать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на применимость и достоверность информацию, полученную в ходе лингвистического исследования (эксперимента);</w:t>
      </w:r>
    </w:p>
    <w:p w:rsidR="00E10B51" w:rsidRPr="004B3D16" w:rsidRDefault="002519B0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формулировать обобщения и выводы по результатам проведённого</w:t>
      </w:r>
    </w:p>
    <w:p w:rsidR="00E10B51" w:rsidRPr="004B3D16" w:rsidRDefault="00E10B51">
      <w:pPr>
        <w:rPr>
          <w:lang w:val="ru-RU"/>
        </w:rPr>
        <w:sectPr w:rsidR="00E10B51" w:rsidRPr="004B3D16">
          <w:pgSz w:w="11900" w:h="16840"/>
          <w:pgMar w:top="304" w:right="720" w:bottom="312" w:left="666" w:header="720" w:footer="720" w:gutter="0"/>
          <w:cols w:space="720" w:equalWidth="0">
            <w:col w:w="10514" w:space="0"/>
          </w:cols>
          <w:docGrid w:linePitch="360"/>
        </w:sectPr>
      </w:pPr>
    </w:p>
    <w:p w:rsidR="00E10B51" w:rsidRPr="004B3D16" w:rsidRDefault="00E10B51">
      <w:pPr>
        <w:autoSpaceDE w:val="0"/>
        <w:autoSpaceDN w:val="0"/>
        <w:spacing w:after="72" w:line="220" w:lineRule="exact"/>
        <w:rPr>
          <w:lang w:val="ru-RU"/>
        </w:rPr>
      </w:pPr>
    </w:p>
    <w:p w:rsidR="00E10B51" w:rsidRPr="004B3D16" w:rsidRDefault="002519B0">
      <w:pPr>
        <w:autoSpaceDE w:val="0"/>
        <w:autoSpaceDN w:val="0"/>
        <w:spacing w:after="0" w:line="262" w:lineRule="auto"/>
        <w:ind w:left="240" w:right="144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наблюдения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, исследования; владеть инструментами оценки достоверности полученных выводов и обобщений;</w:t>
      </w:r>
    </w:p>
    <w:p w:rsidR="00E10B51" w:rsidRPr="004B3D16" w:rsidRDefault="002519B0">
      <w:pPr>
        <w:autoSpaceDE w:val="0"/>
        <w:autoSpaceDN w:val="0"/>
        <w:spacing w:before="190" w:after="0" w:line="271" w:lineRule="auto"/>
        <w:ind w:left="240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прогнозировать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возможное дальнейшее развитие процессов, событий и их последствия в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аналогичных или сходных ситуациях, а также выдвигать предположения об их развитии в новых условиях и контекстах.</w:t>
      </w:r>
    </w:p>
    <w:p w:rsidR="00E10B51" w:rsidRPr="004B3D16" w:rsidRDefault="002519B0">
      <w:pPr>
        <w:autoSpaceDE w:val="0"/>
        <w:autoSpaceDN w:val="0"/>
        <w:spacing w:before="178" w:after="0" w:line="230" w:lineRule="auto"/>
        <w:rPr>
          <w:lang w:val="ru-RU"/>
        </w:rPr>
      </w:pPr>
      <w:r w:rsidRPr="004B3D1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Работа с информацией:</w:t>
      </w:r>
    </w:p>
    <w:p w:rsidR="00E10B51" w:rsidRPr="004B3D16" w:rsidRDefault="002519B0">
      <w:pPr>
        <w:autoSpaceDE w:val="0"/>
        <w:autoSpaceDN w:val="0"/>
        <w:spacing w:before="178" w:after="0" w:line="262" w:lineRule="auto"/>
        <w:ind w:left="240" w:right="288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применять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различные методы, инструменты и запросы при поиске и отборе информации с учётом предложенной учебной задачи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и заданных критериев;</w:t>
      </w:r>
    </w:p>
    <w:p w:rsidR="00E10B51" w:rsidRPr="004B3D16" w:rsidRDefault="002519B0">
      <w:pPr>
        <w:autoSpaceDE w:val="0"/>
        <w:autoSpaceDN w:val="0"/>
        <w:spacing w:before="192" w:after="0" w:line="262" w:lineRule="auto"/>
        <w:ind w:left="240" w:right="288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выбирать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, анализировать, интерпретировать, обобщать и систематизировать информацию, представленную в текстах, таблицах, схемах;</w:t>
      </w:r>
    </w:p>
    <w:p w:rsidR="00E10B51" w:rsidRPr="004B3D16" w:rsidRDefault="002519B0">
      <w:pPr>
        <w:autoSpaceDE w:val="0"/>
        <w:autoSpaceDN w:val="0"/>
        <w:spacing w:before="192" w:after="0" w:line="271" w:lineRule="auto"/>
        <w:ind w:left="240" w:right="576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различные виды </w:t>
      </w:r>
      <w:proofErr w:type="spell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аудирования</w:t>
      </w:r>
      <w:proofErr w:type="spell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и чтения для оценки текста с точки зрения достоверности и п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рименимости содержащейся в нём информации и усвоения необходимой информации с целью решения учебных задач;</w:t>
      </w:r>
    </w:p>
    <w:p w:rsidR="00E10B51" w:rsidRPr="004B3D16" w:rsidRDefault="002519B0">
      <w:pPr>
        <w:autoSpaceDE w:val="0"/>
        <w:autoSpaceDN w:val="0"/>
        <w:spacing w:before="190" w:after="0" w:line="262" w:lineRule="auto"/>
        <w:ind w:left="240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смысловое чтение для извлечения, обобщения и систематизации информации из одного или нескольких источников с учётом поставленных целе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й;</w:t>
      </w:r>
    </w:p>
    <w:p w:rsidR="00E10B51" w:rsidRPr="004B3D16" w:rsidRDefault="002519B0">
      <w:pPr>
        <w:autoSpaceDE w:val="0"/>
        <w:autoSpaceDN w:val="0"/>
        <w:spacing w:before="190" w:after="0" w:line="262" w:lineRule="auto"/>
        <w:ind w:left="240" w:right="576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находить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сходные аргументы (подтверждающие или опровергающие одну и ту же идею, версию) в различных информационных источниках;</w:t>
      </w:r>
    </w:p>
    <w:p w:rsidR="00E10B51" w:rsidRPr="004B3D16" w:rsidRDefault="002519B0">
      <w:pPr>
        <w:autoSpaceDE w:val="0"/>
        <w:autoSpaceDN w:val="0"/>
        <w:spacing w:before="190" w:after="0" w:line="271" w:lineRule="auto"/>
        <w:ind w:left="240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выбирать оптимальную форму представления информации (текст, </w:t>
      </w:r>
      <w:r w:rsidRPr="004B3D16">
        <w:rPr>
          <w:lang w:val="ru-RU"/>
        </w:rPr>
        <w:br/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презентация, таблица, схема) и иллюстрироват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E10B51" w:rsidRPr="004B3D16" w:rsidRDefault="002519B0">
      <w:pPr>
        <w:autoSpaceDE w:val="0"/>
        <w:autoSpaceDN w:val="0"/>
        <w:spacing w:before="190" w:after="0" w:line="262" w:lineRule="auto"/>
        <w:ind w:left="240" w:right="1440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оценивать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надёжность информации по критериям, предложенным учителем или сформулированным самостоятельно;</w:t>
      </w:r>
    </w:p>
    <w:p w:rsidR="00E10B51" w:rsidRPr="004B3D16" w:rsidRDefault="002519B0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эффективно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запомин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ать и систематизировать информацию.</w:t>
      </w:r>
    </w:p>
    <w:p w:rsidR="00E10B51" w:rsidRPr="004B3D16" w:rsidRDefault="002519B0">
      <w:pPr>
        <w:autoSpaceDE w:val="0"/>
        <w:autoSpaceDN w:val="0"/>
        <w:spacing w:before="298" w:after="0" w:line="230" w:lineRule="auto"/>
        <w:rPr>
          <w:lang w:val="ru-RU"/>
        </w:rPr>
      </w:pP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универсальными учебными </w:t>
      </w:r>
      <w:r w:rsidRPr="004B3D16">
        <w:rPr>
          <w:rFonts w:ascii="Times New Roman" w:eastAsia="Times New Roman" w:hAnsi="Times New Roman"/>
          <w:b/>
          <w:color w:val="000000"/>
          <w:sz w:val="24"/>
          <w:lang w:val="ru-RU"/>
        </w:rPr>
        <w:t>коммуникативными действиями.</w:t>
      </w:r>
    </w:p>
    <w:p w:rsidR="00E10B51" w:rsidRPr="004B3D16" w:rsidRDefault="002519B0">
      <w:pPr>
        <w:autoSpaceDE w:val="0"/>
        <w:autoSpaceDN w:val="0"/>
        <w:spacing w:before="190" w:after="0" w:line="230" w:lineRule="auto"/>
        <w:rPr>
          <w:lang w:val="ru-RU"/>
        </w:rPr>
      </w:pPr>
      <w:r w:rsidRPr="004B3D1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Общение:</w:t>
      </w:r>
    </w:p>
    <w:p w:rsidR="00E10B51" w:rsidRPr="004B3D16" w:rsidRDefault="002519B0">
      <w:pPr>
        <w:autoSpaceDE w:val="0"/>
        <w:autoSpaceDN w:val="0"/>
        <w:spacing w:before="178" w:after="0" w:line="262" w:lineRule="auto"/>
        <w:ind w:left="240" w:right="288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воспринимать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и формулировать суждения, выражать эмоции в соответствии с условиями и целями общения; </w:t>
      </w:r>
    </w:p>
    <w:p w:rsidR="00E10B51" w:rsidRPr="004B3D16" w:rsidRDefault="002519B0">
      <w:pPr>
        <w:autoSpaceDE w:val="0"/>
        <w:autoSpaceDN w:val="0"/>
        <w:spacing w:before="192" w:after="0" w:line="262" w:lineRule="auto"/>
        <w:ind w:left="240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выражать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себя (свою точку зрения) в диалогах и дискуссиях, в устной монологической речи и в письменных текстах;</w:t>
      </w:r>
    </w:p>
    <w:p w:rsidR="00E10B51" w:rsidRPr="004B3D16" w:rsidRDefault="002519B0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невербальные средства общения, понимать значение социальных знаков;</w:t>
      </w:r>
    </w:p>
    <w:p w:rsidR="00E10B51" w:rsidRPr="004B3D16" w:rsidRDefault="002519B0">
      <w:pPr>
        <w:autoSpaceDE w:val="0"/>
        <w:autoSpaceDN w:val="0"/>
        <w:spacing w:before="190" w:after="0" w:line="262" w:lineRule="auto"/>
        <w:ind w:left="240" w:right="576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знать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и распознавать предпосылки конфликтных ситуаций 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и смягчать конфликты, вести переговоры;</w:t>
      </w:r>
    </w:p>
    <w:p w:rsidR="00E10B51" w:rsidRPr="004B3D16" w:rsidRDefault="002519B0">
      <w:pPr>
        <w:autoSpaceDE w:val="0"/>
        <w:autoSpaceDN w:val="0"/>
        <w:spacing w:before="190" w:after="0" w:line="262" w:lineRule="auto"/>
        <w:ind w:left="240" w:right="1008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понимать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намерения других, проявлять уважительное отношение к собеседнику и в корректной форме формулировать свои возражения;</w:t>
      </w:r>
    </w:p>
    <w:p w:rsidR="00E10B51" w:rsidRPr="004B3D16" w:rsidRDefault="002519B0">
      <w:pPr>
        <w:autoSpaceDE w:val="0"/>
        <w:autoSpaceDN w:val="0"/>
        <w:spacing w:before="190" w:after="0" w:line="262" w:lineRule="auto"/>
        <w:ind w:left="240" w:right="288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в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ходе диалога/дискуссии задавать вопросы по существу обсуждаемой темы и высказывать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идеи, нацеленные на решение задачи и поддержание благожелательности общения;</w:t>
      </w:r>
    </w:p>
    <w:p w:rsidR="00E10B51" w:rsidRPr="004B3D16" w:rsidRDefault="002519B0">
      <w:pPr>
        <w:autoSpaceDE w:val="0"/>
        <w:autoSpaceDN w:val="0"/>
        <w:spacing w:before="190" w:after="0" w:line="262" w:lineRule="auto"/>
        <w:ind w:left="240" w:right="864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сопоставлять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свои суждения с суждениями других участников диалога, обнаруживать различие и сходство позиций;</w:t>
      </w:r>
    </w:p>
    <w:p w:rsidR="00E10B51" w:rsidRPr="004B3D16" w:rsidRDefault="002519B0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публично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представлять результаты проведённого языкового анализа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, выполненного</w:t>
      </w:r>
    </w:p>
    <w:p w:rsidR="00E10B51" w:rsidRPr="004B3D16" w:rsidRDefault="00E10B51">
      <w:pPr>
        <w:rPr>
          <w:lang w:val="ru-RU"/>
        </w:rPr>
        <w:sectPr w:rsidR="00E10B51" w:rsidRPr="004B3D16">
          <w:pgSz w:w="11900" w:h="16840"/>
          <w:pgMar w:top="292" w:right="740" w:bottom="372" w:left="846" w:header="720" w:footer="720" w:gutter="0"/>
          <w:cols w:space="720" w:equalWidth="0">
            <w:col w:w="10314" w:space="0"/>
          </w:cols>
          <w:docGrid w:linePitch="360"/>
        </w:sectPr>
      </w:pPr>
    </w:p>
    <w:p w:rsidR="00E10B51" w:rsidRPr="004B3D16" w:rsidRDefault="00E10B51">
      <w:pPr>
        <w:autoSpaceDE w:val="0"/>
        <w:autoSpaceDN w:val="0"/>
        <w:spacing w:after="66" w:line="220" w:lineRule="exact"/>
        <w:rPr>
          <w:lang w:val="ru-RU"/>
        </w:rPr>
      </w:pPr>
    </w:p>
    <w:p w:rsidR="00E10B51" w:rsidRPr="004B3D16" w:rsidRDefault="002519B0">
      <w:pPr>
        <w:autoSpaceDE w:val="0"/>
        <w:autoSpaceDN w:val="0"/>
        <w:spacing w:after="0" w:line="230" w:lineRule="auto"/>
        <w:ind w:left="240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лингвистического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эксперимента, исследования, проекта;</w:t>
      </w:r>
    </w:p>
    <w:p w:rsidR="00E10B51" w:rsidRPr="004B3D16" w:rsidRDefault="002519B0">
      <w:pPr>
        <w:autoSpaceDE w:val="0"/>
        <w:autoSpaceDN w:val="0"/>
        <w:spacing w:before="190" w:after="0" w:line="271" w:lineRule="auto"/>
        <w:ind w:left="240" w:right="288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выбирать формат выступления с учётом цели презентации и особенностей 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аудитории и в соответствии с ним составлять устные и письменные тексты с использованием иллюстративного материала.</w:t>
      </w:r>
    </w:p>
    <w:p w:rsidR="00E10B51" w:rsidRPr="004B3D16" w:rsidRDefault="002519B0">
      <w:pPr>
        <w:autoSpaceDE w:val="0"/>
        <w:autoSpaceDN w:val="0"/>
        <w:spacing w:before="178" w:after="0" w:line="230" w:lineRule="auto"/>
        <w:rPr>
          <w:lang w:val="ru-RU"/>
        </w:rPr>
      </w:pPr>
      <w:r w:rsidRPr="004B3D1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Совместная деятельность:</w:t>
      </w:r>
    </w:p>
    <w:p w:rsidR="00E10B51" w:rsidRPr="004B3D16" w:rsidRDefault="002519B0">
      <w:pPr>
        <w:autoSpaceDE w:val="0"/>
        <w:autoSpaceDN w:val="0"/>
        <w:spacing w:before="178" w:after="0" w:line="271" w:lineRule="auto"/>
        <w:ind w:left="240" w:right="144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понимать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и использовать преимущества командной и индивидуальной работы при решении конкретной проблемы, обосновыв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ать необходимость применения групповых форм </w:t>
      </w:r>
      <w:r w:rsidRPr="004B3D16">
        <w:rPr>
          <w:lang w:val="ru-RU"/>
        </w:rPr>
        <w:br/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взаимодействия при решении поставленной задачи;</w:t>
      </w:r>
    </w:p>
    <w:p w:rsidR="00E10B51" w:rsidRPr="004B3D16" w:rsidRDefault="002519B0">
      <w:pPr>
        <w:autoSpaceDE w:val="0"/>
        <w:autoSpaceDN w:val="0"/>
        <w:spacing w:before="192" w:after="0"/>
        <w:ind w:left="240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принимать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цель совместной деятельности, коллективно планировать и выполнять действия по её достижению: распределять роли, договариваться, обсуждать процесс и ре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зультат совместной работы; уметь обобщать мнения нескольких людей, проявлять готовность руководить, выполнять поручения, подчиняться;</w:t>
      </w:r>
    </w:p>
    <w:p w:rsidR="00E10B51" w:rsidRPr="004B3D16" w:rsidRDefault="002519B0">
      <w:pPr>
        <w:autoSpaceDE w:val="0"/>
        <w:autoSpaceDN w:val="0"/>
        <w:spacing w:before="190" w:after="0"/>
        <w:ind w:left="240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планировать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организацию совместной работы, определять свою роль (с учётом предпочтений и возможностей всех участников в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заимодействия), распределять задачи между членами команды, участвовать в групповых формах работы (обсуждения, обмен мнениями, «мозговой штурм» и иные);</w:t>
      </w:r>
    </w:p>
    <w:p w:rsidR="00E10B51" w:rsidRPr="004B3D16" w:rsidRDefault="002519B0">
      <w:pPr>
        <w:autoSpaceDE w:val="0"/>
        <w:autoSpaceDN w:val="0"/>
        <w:spacing w:before="190" w:after="0" w:line="262" w:lineRule="auto"/>
        <w:ind w:left="240" w:right="144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выполнять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свою часть работы, достигать качественный результат по своему направлению и координировать 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свои действия с действиями других членов команды;</w:t>
      </w:r>
    </w:p>
    <w:p w:rsidR="00E10B51" w:rsidRPr="004B3D16" w:rsidRDefault="002519B0">
      <w:pPr>
        <w:autoSpaceDE w:val="0"/>
        <w:autoSpaceDN w:val="0"/>
        <w:spacing w:before="190" w:after="0"/>
        <w:ind w:left="240" w:right="144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оценивать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качество своего вклада в общий продукт по критериям, самостоятельно </w:t>
      </w:r>
      <w:r w:rsidRPr="004B3D16">
        <w:rPr>
          <w:lang w:val="ru-RU"/>
        </w:rPr>
        <w:br/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сформулированным участниками взаимодействия; сравнивать результаты с исходной задачей и вклад каждого члена команды в достиж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ение результатов, разделять сферу ответственности и проявлять готовность к представлению отчёта перед группой.</w:t>
      </w:r>
    </w:p>
    <w:p w:rsidR="00E10B51" w:rsidRPr="004B3D16" w:rsidRDefault="002519B0">
      <w:pPr>
        <w:autoSpaceDE w:val="0"/>
        <w:autoSpaceDN w:val="0"/>
        <w:spacing w:before="298" w:after="0" w:line="230" w:lineRule="auto"/>
        <w:rPr>
          <w:lang w:val="ru-RU"/>
        </w:rPr>
      </w:pP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универсальными учебными </w:t>
      </w:r>
      <w:r w:rsidRPr="004B3D16">
        <w:rPr>
          <w:rFonts w:ascii="Times New Roman" w:eastAsia="Times New Roman" w:hAnsi="Times New Roman"/>
          <w:b/>
          <w:color w:val="000000"/>
          <w:sz w:val="24"/>
          <w:lang w:val="ru-RU"/>
        </w:rPr>
        <w:t>регулятивными действиями.</w:t>
      </w:r>
    </w:p>
    <w:p w:rsidR="00E10B51" w:rsidRPr="004B3D16" w:rsidRDefault="002519B0">
      <w:pPr>
        <w:autoSpaceDE w:val="0"/>
        <w:autoSpaceDN w:val="0"/>
        <w:spacing w:before="190" w:after="0" w:line="230" w:lineRule="auto"/>
        <w:rPr>
          <w:lang w:val="ru-RU"/>
        </w:rPr>
      </w:pPr>
      <w:r w:rsidRPr="004B3D1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Самоорганизация:</w:t>
      </w:r>
    </w:p>
    <w:p w:rsidR="00E10B51" w:rsidRPr="004B3D16" w:rsidRDefault="002519B0">
      <w:pPr>
        <w:autoSpaceDE w:val="0"/>
        <w:autoSpaceDN w:val="0"/>
        <w:spacing w:before="178" w:after="0" w:line="230" w:lineRule="auto"/>
        <w:ind w:left="240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выявлять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проблемы для решения в учебных и жизненных ситуациях;</w:t>
      </w:r>
    </w:p>
    <w:p w:rsidR="00E10B51" w:rsidRPr="004B3D16" w:rsidRDefault="002519B0">
      <w:pPr>
        <w:autoSpaceDE w:val="0"/>
        <w:autoSpaceDN w:val="0"/>
        <w:spacing w:before="190" w:after="0" w:line="262" w:lineRule="auto"/>
        <w:ind w:left="240" w:right="432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ориентироваться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в различных подходах к принятию решений (индивидуальное, принятие решения в группе, принятие решения группой);</w:t>
      </w:r>
    </w:p>
    <w:p w:rsidR="00E10B51" w:rsidRPr="004B3D16" w:rsidRDefault="002519B0">
      <w:pPr>
        <w:autoSpaceDE w:val="0"/>
        <w:autoSpaceDN w:val="0"/>
        <w:spacing w:before="192" w:after="0" w:line="271" w:lineRule="auto"/>
        <w:ind w:left="240" w:right="720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составлять алгоритм решения задачи (или его часть), выбирать способ решения учебной задачи с учётом имеющихс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я ресурсов и собственных возможностей, аргументировать предлагаемые варианты решений;</w:t>
      </w:r>
    </w:p>
    <w:p w:rsidR="00E10B51" w:rsidRPr="004B3D16" w:rsidRDefault="002519B0">
      <w:pPr>
        <w:autoSpaceDE w:val="0"/>
        <w:autoSpaceDN w:val="0"/>
        <w:spacing w:before="190" w:after="0" w:line="262" w:lineRule="auto"/>
        <w:ind w:left="240" w:right="576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составлять план действий, вносить необходимые коррективы в ходе его реализации;</w:t>
      </w:r>
    </w:p>
    <w:p w:rsidR="00E10B51" w:rsidRPr="004B3D16" w:rsidRDefault="002519B0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делать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выбор и брать ответственность за решение.</w:t>
      </w:r>
    </w:p>
    <w:p w:rsidR="00E10B51" w:rsidRPr="004B3D16" w:rsidRDefault="002519B0">
      <w:pPr>
        <w:autoSpaceDE w:val="0"/>
        <w:autoSpaceDN w:val="0"/>
        <w:spacing w:before="178" w:after="0" w:line="230" w:lineRule="auto"/>
        <w:rPr>
          <w:lang w:val="ru-RU"/>
        </w:rPr>
      </w:pPr>
      <w:r w:rsidRPr="004B3D1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Самоконтроль:</w:t>
      </w:r>
    </w:p>
    <w:p w:rsidR="00E10B51" w:rsidRPr="004B3D16" w:rsidRDefault="002519B0">
      <w:pPr>
        <w:autoSpaceDE w:val="0"/>
        <w:autoSpaceDN w:val="0"/>
        <w:spacing w:before="178" w:after="0" w:line="262" w:lineRule="auto"/>
        <w:ind w:left="240" w:right="1008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вла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деть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разными способами самоконтроля (в том числе речевого), </w:t>
      </w:r>
      <w:proofErr w:type="spell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самомотивации</w:t>
      </w:r>
      <w:proofErr w:type="spell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и рефлексии;</w:t>
      </w:r>
    </w:p>
    <w:p w:rsidR="00E10B51" w:rsidRPr="004B3D16" w:rsidRDefault="002519B0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давать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адекватную оценку учебной ситуации и предлагать план её изменения;</w:t>
      </w:r>
    </w:p>
    <w:p w:rsidR="00E10B51" w:rsidRPr="004B3D16" w:rsidRDefault="002519B0">
      <w:pPr>
        <w:autoSpaceDE w:val="0"/>
        <w:autoSpaceDN w:val="0"/>
        <w:spacing w:before="190" w:after="0" w:line="262" w:lineRule="auto"/>
        <w:ind w:left="240" w:right="1296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предвидеть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трудности, которые могут возникнуть при решении учебной задачи, и адаптировать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решение к меняющимся обстоятельствам;</w:t>
      </w:r>
    </w:p>
    <w:p w:rsidR="00E10B51" w:rsidRPr="004B3D16" w:rsidRDefault="00E10B51">
      <w:pPr>
        <w:rPr>
          <w:lang w:val="ru-RU"/>
        </w:rPr>
        <w:sectPr w:rsidR="00E10B51" w:rsidRPr="004B3D16">
          <w:pgSz w:w="11900" w:h="16840"/>
          <w:pgMar w:top="286" w:right="736" w:bottom="512" w:left="846" w:header="720" w:footer="720" w:gutter="0"/>
          <w:cols w:space="720" w:equalWidth="0">
            <w:col w:w="10318" w:space="0"/>
          </w:cols>
          <w:docGrid w:linePitch="360"/>
        </w:sectPr>
      </w:pPr>
    </w:p>
    <w:p w:rsidR="00E10B51" w:rsidRPr="004B3D16" w:rsidRDefault="00E10B51">
      <w:pPr>
        <w:autoSpaceDE w:val="0"/>
        <w:autoSpaceDN w:val="0"/>
        <w:spacing w:after="108" w:line="220" w:lineRule="exact"/>
        <w:rPr>
          <w:lang w:val="ru-RU"/>
        </w:rPr>
      </w:pPr>
    </w:p>
    <w:p w:rsidR="00E10B51" w:rsidRPr="004B3D16" w:rsidRDefault="002519B0">
      <w:pPr>
        <w:autoSpaceDE w:val="0"/>
        <w:autoSpaceDN w:val="0"/>
        <w:spacing w:after="0"/>
        <w:ind w:left="420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объяснять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причины достижения (</w:t>
      </w:r>
      <w:proofErr w:type="spell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недостижения</w:t>
      </w:r>
      <w:proofErr w:type="spell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) результата деятельности; понимать причины 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общения.</w:t>
      </w:r>
    </w:p>
    <w:p w:rsidR="00E10B51" w:rsidRPr="004B3D16" w:rsidRDefault="002519B0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4B3D1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Эмоциональный интеллект:</w:t>
      </w:r>
    </w:p>
    <w:p w:rsidR="00E10B51" w:rsidRPr="004B3D16" w:rsidRDefault="002519B0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развиват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ь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способность управлять собственными эмоциями и эмоциями других;</w:t>
      </w:r>
    </w:p>
    <w:p w:rsidR="00E10B51" w:rsidRPr="004B3D16" w:rsidRDefault="002519B0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выявлять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эмоций.</w:t>
      </w:r>
    </w:p>
    <w:p w:rsidR="00E10B51" w:rsidRPr="004B3D16" w:rsidRDefault="002519B0">
      <w:pPr>
        <w:autoSpaceDE w:val="0"/>
        <w:autoSpaceDN w:val="0"/>
        <w:spacing w:before="180" w:after="0" w:line="230" w:lineRule="auto"/>
        <w:ind w:left="180"/>
        <w:rPr>
          <w:lang w:val="ru-RU"/>
        </w:rPr>
      </w:pPr>
      <w:r w:rsidRPr="004B3D1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Принятие себя и других</w:t>
      </w:r>
      <w:r w:rsidRPr="004B3D1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:</w:t>
      </w:r>
    </w:p>
    <w:p w:rsidR="00E10B51" w:rsidRPr="004B3D16" w:rsidRDefault="002519B0">
      <w:pPr>
        <w:autoSpaceDE w:val="0"/>
        <w:autoSpaceDN w:val="0"/>
        <w:spacing w:before="180" w:after="0" w:line="230" w:lineRule="auto"/>
        <w:ind w:left="420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осознанно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относиться к другому человеку и его мнению; </w:t>
      </w:r>
    </w:p>
    <w:p w:rsidR="00E10B51" w:rsidRPr="004B3D16" w:rsidRDefault="002519B0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признавать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своё и чужое право на ошибку;</w:t>
      </w:r>
    </w:p>
    <w:p w:rsidR="00E10B51" w:rsidRPr="004B3D16" w:rsidRDefault="002519B0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принимать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себя и других не осуждая; </w:t>
      </w:r>
    </w:p>
    <w:p w:rsidR="00E10B51" w:rsidRPr="004B3D16" w:rsidRDefault="002519B0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проявлять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открытость;</w:t>
      </w:r>
    </w:p>
    <w:p w:rsidR="00E10B51" w:rsidRPr="004B3D16" w:rsidRDefault="002519B0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осознавать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невозможность контролировать всё вокруг.</w:t>
      </w:r>
    </w:p>
    <w:p w:rsidR="00E10B51" w:rsidRPr="004B3D16" w:rsidRDefault="002519B0">
      <w:pPr>
        <w:autoSpaceDE w:val="0"/>
        <w:autoSpaceDN w:val="0"/>
        <w:spacing w:before="322" w:after="0" w:line="230" w:lineRule="auto"/>
        <w:rPr>
          <w:lang w:val="ru-RU"/>
        </w:rPr>
      </w:pPr>
      <w:r w:rsidRPr="004B3D16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E10B51" w:rsidRPr="004B3D16" w:rsidRDefault="002519B0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4B3D1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Язык и </w:t>
      </w:r>
      <w:r w:rsidRPr="004B3D16">
        <w:rPr>
          <w:rFonts w:ascii="Times New Roman" w:eastAsia="Times New Roman" w:hAnsi="Times New Roman"/>
          <w:b/>
          <w:color w:val="000000"/>
          <w:sz w:val="24"/>
          <w:lang w:val="ru-RU"/>
        </w:rPr>
        <w:t>культура:</w:t>
      </w:r>
    </w:p>
    <w:p w:rsidR="00E10B51" w:rsidRPr="004B3D16" w:rsidRDefault="002519B0">
      <w:pPr>
        <w:autoSpaceDE w:val="0"/>
        <w:autoSpaceDN w:val="0"/>
        <w:spacing w:before="178" w:after="0" w:line="271" w:lineRule="auto"/>
        <w:ind w:left="420" w:right="432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роль русского родного языка в жизни общества и государства, в современном мире, в жизни человека; осознавать важность бережного отношения к родному языку;</w:t>
      </w:r>
    </w:p>
    <w:p w:rsidR="00E10B51" w:rsidRPr="004B3D16" w:rsidRDefault="002519B0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приводить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примеры, доказывающие, что изучение русского языка позволяе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т лучше узнать историю и культуру страны (в рамках изученного);</w:t>
      </w:r>
    </w:p>
    <w:p w:rsidR="00E10B51" w:rsidRPr="004B3D16" w:rsidRDefault="002519B0">
      <w:pPr>
        <w:autoSpaceDE w:val="0"/>
        <w:autoSpaceDN w:val="0"/>
        <w:spacing w:before="190" w:after="0"/>
        <w:ind w:left="420" w:right="288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правильно объяснять значения изученных слов с национально-культурным компонентом; характеризовать особенности употребления слов с суффиксами субъективной оценки в произведени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ях устного народного творчества и в произведениях художественной литературы;</w:t>
      </w:r>
    </w:p>
    <w:p w:rsidR="00E10B51" w:rsidRPr="004B3D16" w:rsidRDefault="002519B0">
      <w:pPr>
        <w:autoSpaceDE w:val="0"/>
        <w:autoSpaceDN w:val="0"/>
        <w:spacing w:before="192" w:after="0" w:line="281" w:lineRule="auto"/>
        <w:ind w:left="420" w:right="144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и характеризовать слова с живой внутренней формой, специфическим оценочно-характеризующим значением (в рамках изученного); понимать и объяснять </w:t>
      </w:r>
      <w:r w:rsidRPr="004B3D16">
        <w:rPr>
          <w:lang w:val="ru-RU"/>
        </w:rPr>
        <w:br/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национальное своео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бразие общеязыковых и художественных метафор, народных и поэтических слов-символов, обладающих традиционной метафорической образностью; правильно </w:t>
      </w:r>
      <w:r w:rsidRPr="004B3D16">
        <w:rPr>
          <w:lang w:val="ru-RU"/>
        </w:rPr>
        <w:br/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употреблять их;</w:t>
      </w:r>
    </w:p>
    <w:p w:rsidR="00E10B51" w:rsidRPr="004B3D16" w:rsidRDefault="002519B0">
      <w:pPr>
        <w:autoSpaceDE w:val="0"/>
        <w:autoSpaceDN w:val="0"/>
        <w:spacing w:before="190" w:after="0" w:line="271" w:lineRule="auto"/>
        <w:ind w:left="420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крылатые слова и выражения из русских народных и литературных сказок; послови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цы и поговорки, объяснять их значения (в рамках изученного), правильно употреблять их в речи;</w:t>
      </w:r>
    </w:p>
    <w:p w:rsidR="00E10B51" w:rsidRPr="004B3D16" w:rsidRDefault="002519B0">
      <w:pPr>
        <w:autoSpaceDE w:val="0"/>
        <w:autoSpaceDN w:val="0"/>
        <w:spacing w:before="190" w:after="0" w:line="271" w:lineRule="auto"/>
        <w:ind w:left="420" w:right="144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иметь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представление о личных именах исконно русских (славянских) и заимствованных (в 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рамках изученного), именах, входящих в состав пословиц и поговорок и имеющих в силу этого определённую стилистическую окраску;</w:t>
      </w:r>
    </w:p>
    <w:p w:rsidR="00E10B51" w:rsidRPr="004B3D16" w:rsidRDefault="002519B0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понимать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и объяснять взаимосвязь происхождения названий старинных русских городов и истории народа, истории языка (в рамках из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ученного);</w:t>
      </w:r>
    </w:p>
    <w:p w:rsidR="00E10B51" w:rsidRPr="004B3D16" w:rsidRDefault="002519B0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толковые словари, словари пословиц и поговорок; словари синонимов,</w:t>
      </w:r>
    </w:p>
    <w:p w:rsidR="00E10B51" w:rsidRPr="004B3D16" w:rsidRDefault="00E10B51">
      <w:pPr>
        <w:rPr>
          <w:lang w:val="ru-RU"/>
        </w:rPr>
        <w:sectPr w:rsidR="00E10B51" w:rsidRPr="004B3D16">
          <w:pgSz w:w="11900" w:h="16840"/>
          <w:pgMar w:top="328" w:right="736" w:bottom="408" w:left="666" w:header="720" w:footer="720" w:gutter="0"/>
          <w:cols w:space="720" w:equalWidth="0">
            <w:col w:w="10498" w:space="0"/>
          </w:cols>
          <w:docGrid w:linePitch="360"/>
        </w:sectPr>
      </w:pPr>
    </w:p>
    <w:p w:rsidR="00E10B51" w:rsidRPr="004B3D16" w:rsidRDefault="00E10B51">
      <w:pPr>
        <w:autoSpaceDE w:val="0"/>
        <w:autoSpaceDN w:val="0"/>
        <w:spacing w:after="66" w:line="220" w:lineRule="exact"/>
        <w:rPr>
          <w:lang w:val="ru-RU"/>
        </w:rPr>
      </w:pPr>
    </w:p>
    <w:p w:rsidR="00E10B51" w:rsidRPr="004B3D16" w:rsidRDefault="002519B0">
      <w:pPr>
        <w:autoSpaceDE w:val="0"/>
        <w:autoSpaceDN w:val="0"/>
        <w:spacing w:after="0" w:line="271" w:lineRule="auto"/>
        <w:ind w:left="240" w:right="144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антонимов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; словари эпитетов, метафор и сравнений; учебные этимологические словари, грамматические словари и справочники, орфографические словари, справочники по пунктуации (в том числе мультимедийные).</w:t>
      </w:r>
    </w:p>
    <w:p w:rsidR="00E10B51" w:rsidRPr="004B3D16" w:rsidRDefault="002519B0">
      <w:pPr>
        <w:autoSpaceDE w:val="0"/>
        <w:autoSpaceDN w:val="0"/>
        <w:spacing w:before="178" w:after="0" w:line="230" w:lineRule="auto"/>
        <w:rPr>
          <w:lang w:val="ru-RU"/>
        </w:rPr>
      </w:pPr>
      <w:r w:rsidRPr="004B3D16">
        <w:rPr>
          <w:rFonts w:ascii="Times New Roman" w:eastAsia="Times New Roman" w:hAnsi="Times New Roman"/>
          <w:b/>
          <w:color w:val="000000"/>
          <w:sz w:val="24"/>
          <w:lang w:val="ru-RU"/>
        </w:rPr>
        <w:t>Культура речи:</w:t>
      </w:r>
    </w:p>
    <w:p w:rsidR="00E10B51" w:rsidRPr="004B3D16" w:rsidRDefault="002519B0">
      <w:pPr>
        <w:autoSpaceDE w:val="0"/>
        <w:autoSpaceDN w:val="0"/>
        <w:spacing w:before="178" w:after="0" w:line="230" w:lineRule="auto"/>
        <w:ind w:left="240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иметь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общее представление о современ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ном русском литературном языке;</w:t>
      </w:r>
    </w:p>
    <w:p w:rsidR="00E10B51" w:rsidRPr="004B3D16" w:rsidRDefault="002519B0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иметь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общее представление о показателях хорошей и правильной речи;</w:t>
      </w:r>
    </w:p>
    <w:p w:rsidR="00E10B51" w:rsidRPr="004B3D16" w:rsidRDefault="002519B0">
      <w:pPr>
        <w:autoSpaceDE w:val="0"/>
        <w:autoSpaceDN w:val="0"/>
        <w:spacing w:before="190" w:after="0" w:line="262" w:lineRule="auto"/>
        <w:ind w:left="240" w:right="864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иметь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общее представление о роли А. С. Пушкина в развитии современного русского литературного языка (в рамках изученного);</w:t>
      </w:r>
    </w:p>
    <w:p w:rsidR="00E10B51" w:rsidRPr="004B3D16" w:rsidRDefault="002519B0">
      <w:pPr>
        <w:autoSpaceDE w:val="0"/>
        <w:autoSpaceDN w:val="0"/>
        <w:spacing w:before="192" w:after="0" w:line="262" w:lineRule="auto"/>
        <w:ind w:left="240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различать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варианты орфоэп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ической и акцентологической нормы; употреблять слова с учётом произносительных вариантов орфоэпической нормы (в рамках изученного);</w:t>
      </w:r>
    </w:p>
    <w:p w:rsidR="00E10B51" w:rsidRPr="004B3D16" w:rsidRDefault="002519B0">
      <w:pPr>
        <w:autoSpaceDE w:val="0"/>
        <w:autoSpaceDN w:val="0"/>
        <w:spacing w:before="192" w:after="0" w:line="281" w:lineRule="auto"/>
        <w:ind w:left="240" w:right="720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различать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постоянное и подвижное ударение в именах существительных, именах прилагательных, глаголах (в рамках изученного)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; соблюдать нормы ударения в отдельных грамматических формах имён существительных, прилагательных, глаголов (в рамках изученного); анализировать смыслоразличительную роль ударения на примере омографов; корректно употреблять омографы в письменной речи;</w:t>
      </w:r>
    </w:p>
    <w:p w:rsidR="00E10B51" w:rsidRPr="004B3D16" w:rsidRDefault="002519B0">
      <w:pPr>
        <w:autoSpaceDE w:val="0"/>
        <w:autoSpaceDN w:val="0"/>
        <w:spacing w:before="190" w:after="0"/>
        <w:ind w:left="240" w:right="288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с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облюдать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нормы употребления синонимов‚ антонимов, омонимов (в рамках изученного); употреблять слова в соответствии с их лексическим значением и правилами лексической сочетаемости; употреблять имена существительные, прилагательные, глаголы с учётом стилисти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ческих норм современного русского языка;</w:t>
      </w:r>
    </w:p>
    <w:p w:rsidR="00E10B51" w:rsidRPr="004B3D16" w:rsidRDefault="002519B0">
      <w:pPr>
        <w:autoSpaceDE w:val="0"/>
        <w:autoSpaceDN w:val="0"/>
        <w:spacing w:before="190" w:after="0" w:line="271" w:lineRule="auto"/>
        <w:ind w:left="240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различать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типичные речевые ошибки; выявлять и исправлять речевые ошибки в устной речи; различать типичные ошибки, связанные с нарушением грамматической нормы; выявлять и исправлять грамматические ошибки в устной 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и письменной речи;</w:t>
      </w:r>
    </w:p>
    <w:p w:rsidR="00E10B51" w:rsidRPr="004B3D16" w:rsidRDefault="002519B0">
      <w:pPr>
        <w:autoSpaceDE w:val="0"/>
        <w:autoSpaceDN w:val="0"/>
        <w:spacing w:before="190" w:after="0"/>
        <w:ind w:left="240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соблюдать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этикетные формы и формулы обращения в официальной и неофициальной речевой ситуации; современные формулы обращения к незнакомому человеку; соблюдать принципы этикетного общения, лежащие в основе национального речевого этикета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; соблюдать русскую этикетную вербальную и невербальную манеру общения;</w:t>
      </w:r>
    </w:p>
    <w:p w:rsidR="00E10B51" w:rsidRPr="004B3D16" w:rsidRDefault="002519B0">
      <w:pPr>
        <w:autoSpaceDE w:val="0"/>
        <w:autoSpaceDN w:val="0"/>
        <w:spacing w:before="190" w:after="0" w:line="271" w:lineRule="auto"/>
        <w:ind w:left="240" w:right="1362"/>
        <w:jc w:val="both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толковые, орфоэпические словари, словари синонимов, антонимов, грамматические словари и справочники, в том числе мультимедийные; использовать орфографические словари и 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справочники по пунктуации.</w:t>
      </w:r>
    </w:p>
    <w:p w:rsidR="00E10B51" w:rsidRPr="004B3D16" w:rsidRDefault="002519B0">
      <w:pPr>
        <w:autoSpaceDE w:val="0"/>
        <w:autoSpaceDN w:val="0"/>
        <w:spacing w:before="180" w:after="0" w:line="230" w:lineRule="auto"/>
        <w:rPr>
          <w:lang w:val="ru-RU"/>
        </w:rPr>
      </w:pPr>
      <w:r w:rsidRPr="004B3D16">
        <w:rPr>
          <w:rFonts w:ascii="Times New Roman" w:eastAsia="Times New Roman" w:hAnsi="Times New Roman"/>
          <w:b/>
          <w:color w:val="000000"/>
          <w:sz w:val="24"/>
          <w:lang w:val="ru-RU"/>
        </w:rPr>
        <w:t>Речь. Речевая деятельность. Текст:</w:t>
      </w:r>
    </w:p>
    <w:p w:rsidR="00E10B51" w:rsidRPr="004B3D16" w:rsidRDefault="002519B0">
      <w:pPr>
        <w:autoSpaceDE w:val="0"/>
        <w:autoSpaceDN w:val="0"/>
        <w:spacing w:before="178" w:after="0"/>
        <w:ind w:left="240" w:right="144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разные виды речевой деятельности для решения учебных задач; владеть элементами интонации; выразительно читать тексты; уместно использовать коммуникативные стратегии и тактики уст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ного общения (просьба, принесение извинений); инициировать диалог и поддерживать его, сохранять инициативу в диалоге, завершать диалог;</w:t>
      </w:r>
    </w:p>
    <w:p w:rsidR="00E10B51" w:rsidRPr="004B3D16" w:rsidRDefault="002519B0">
      <w:pPr>
        <w:autoSpaceDE w:val="0"/>
        <w:autoSpaceDN w:val="0"/>
        <w:spacing w:before="190" w:after="0" w:line="271" w:lineRule="auto"/>
        <w:ind w:left="240" w:right="144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анализировать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и создавать (в том числе с опорой на образец) тексты разных функционально-смысловых типов речи; составл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ять планы разных видов; план устного ответа на уроке, план прочитанного текста;</w:t>
      </w:r>
    </w:p>
    <w:p w:rsidR="00E10B51" w:rsidRPr="004B3D16" w:rsidRDefault="002519B0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создавать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объявления (в устной и письменной форме) с учётом речевой ситуации;</w:t>
      </w:r>
    </w:p>
    <w:p w:rsidR="00E10B51" w:rsidRPr="004B3D16" w:rsidRDefault="002519B0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и создавать тексты публицистических жанров (девиз, слоган);</w:t>
      </w:r>
    </w:p>
    <w:p w:rsidR="00E10B51" w:rsidRPr="004B3D16" w:rsidRDefault="002519B0">
      <w:pPr>
        <w:autoSpaceDE w:val="0"/>
        <w:autoSpaceDN w:val="0"/>
        <w:spacing w:before="190" w:after="0" w:line="262" w:lineRule="auto"/>
        <w:ind w:left="240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анализировать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интерпретировать фольклорные и художественные тексты или их фрагменты (народные и литературные сказки, рассказы, былины, пословицы, загадки);</w:t>
      </w:r>
    </w:p>
    <w:p w:rsidR="00E10B51" w:rsidRPr="004B3D16" w:rsidRDefault="00E10B51">
      <w:pPr>
        <w:rPr>
          <w:lang w:val="ru-RU"/>
        </w:rPr>
        <w:sectPr w:rsidR="00E10B51" w:rsidRPr="004B3D16">
          <w:pgSz w:w="11900" w:h="16840"/>
          <w:pgMar w:top="286" w:right="730" w:bottom="342" w:left="846" w:header="720" w:footer="720" w:gutter="0"/>
          <w:cols w:space="720" w:equalWidth="0">
            <w:col w:w="10324" w:space="0"/>
          </w:cols>
          <w:docGrid w:linePitch="360"/>
        </w:sectPr>
      </w:pPr>
    </w:p>
    <w:p w:rsidR="00E10B51" w:rsidRPr="004B3D16" w:rsidRDefault="00E10B51">
      <w:pPr>
        <w:autoSpaceDE w:val="0"/>
        <w:autoSpaceDN w:val="0"/>
        <w:spacing w:after="102" w:line="220" w:lineRule="exact"/>
        <w:rPr>
          <w:lang w:val="ru-RU"/>
        </w:rPr>
      </w:pPr>
    </w:p>
    <w:p w:rsidR="00E10B51" w:rsidRPr="004B3D16" w:rsidRDefault="002519B0">
      <w:pPr>
        <w:autoSpaceDE w:val="0"/>
        <w:autoSpaceDN w:val="0"/>
        <w:spacing w:after="0" w:line="262" w:lineRule="auto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редактировать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собствен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ные тексты с целью совершенствования их содержания и формы; сопоставлять черновой и отредактированный тексты;</w:t>
      </w:r>
    </w:p>
    <w:p w:rsidR="00E10B51" w:rsidRPr="004B3D16" w:rsidRDefault="002519B0">
      <w:pPr>
        <w:autoSpaceDE w:val="0"/>
        <w:autoSpaceDN w:val="0"/>
        <w:spacing w:before="190" w:after="0" w:line="262" w:lineRule="auto"/>
        <w:rPr>
          <w:lang w:val="ru-RU"/>
        </w:rPr>
      </w:pPr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—  создавать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тексты как результат проектной (исследовательской) деятельности; оформлять результаты проекта (исследования), представлять их в устно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й форме.</w:t>
      </w:r>
    </w:p>
    <w:p w:rsidR="00E10B51" w:rsidRPr="004B3D16" w:rsidRDefault="00E10B51">
      <w:pPr>
        <w:rPr>
          <w:lang w:val="ru-RU"/>
        </w:rPr>
        <w:sectPr w:rsidR="00E10B51" w:rsidRPr="004B3D16">
          <w:pgSz w:w="11900" w:h="16840"/>
          <w:pgMar w:top="322" w:right="1274" w:bottom="1440" w:left="1086" w:header="720" w:footer="720" w:gutter="0"/>
          <w:cols w:space="720" w:equalWidth="0">
            <w:col w:w="9539" w:space="0"/>
          </w:cols>
          <w:docGrid w:linePitch="360"/>
        </w:sectPr>
      </w:pPr>
    </w:p>
    <w:p w:rsidR="00E10B51" w:rsidRPr="004B3D16" w:rsidRDefault="00E10B51">
      <w:pPr>
        <w:autoSpaceDE w:val="0"/>
        <w:autoSpaceDN w:val="0"/>
        <w:spacing w:after="64" w:line="220" w:lineRule="exact"/>
        <w:rPr>
          <w:lang w:val="ru-RU"/>
        </w:rPr>
      </w:pPr>
    </w:p>
    <w:p w:rsidR="00E10B51" w:rsidRDefault="002519B0">
      <w:pPr>
        <w:autoSpaceDE w:val="0"/>
        <w:autoSpaceDN w:val="0"/>
        <w:spacing w:after="666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066"/>
        <w:gridCol w:w="528"/>
        <w:gridCol w:w="1104"/>
        <w:gridCol w:w="1142"/>
        <w:gridCol w:w="864"/>
        <w:gridCol w:w="6640"/>
        <w:gridCol w:w="1116"/>
        <w:gridCol w:w="1380"/>
      </w:tblGrid>
      <w:tr w:rsidR="00E10B51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2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45" w:lineRule="auto"/>
              <w:ind w:left="70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6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Электронные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(цифровые)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E10B51">
        <w:trPr>
          <w:trHeight w:hRule="exact" w:val="576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E10B51" w:rsidRDefault="00E10B51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E10B51" w:rsidRDefault="00E10B51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10B51" w:rsidRDefault="00E10B51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E10B51" w:rsidRDefault="00E10B51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E10B51" w:rsidRDefault="00E10B51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E10B51" w:rsidRDefault="00E10B51"/>
        </w:tc>
      </w:tr>
      <w:tr w:rsidR="00E10B51">
        <w:trPr>
          <w:trHeight w:hRule="exact" w:val="350"/>
        </w:trPr>
        <w:tc>
          <w:tcPr>
            <w:tcW w:w="15308" w:type="dxa"/>
            <w:gridSpan w:val="9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1.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ЯЗЫК И КУЛЬТУРА</w:t>
            </w:r>
          </w:p>
        </w:tc>
      </w:tr>
      <w:tr w:rsidR="00E10B51" w:rsidRPr="004B3D16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76" w:after="0" w:line="250" w:lineRule="auto"/>
              <w:ind w:left="72" w:right="432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Русский язык —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национальный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язык русского народа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01.09.2022 11.09.2022</w:t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роль русского родного языка в жизни общества и государства, в современном мире, в жизни человека;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примеры, доказывающие, что изучение русского языка позволяет лучше узнать историю и культуру страны (в рамках изученного);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Создава</w:t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ть текст на заданную тему;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Использовать приёмы просмотрового и изучающего чтения;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Применять правила орфографии и пунктуации на письме (в рамках изученного);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6" w:after="0" w:line="250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УМК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Александровой О.М. и др.</w:t>
            </w:r>
          </w:p>
        </w:tc>
      </w:tr>
      <w:tr w:rsidR="00E10B51" w:rsidRPr="004B3D16">
        <w:trPr>
          <w:trHeight w:hRule="exact" w:val="169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Краткая история русской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письменности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12.09.2022 18.09.2022</w:t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основные факты из истории русской письменности (в рамках изученного) и создания славянского алфавита (на материале прочитанных текстов);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Создавать монологические высказывания на заданную тему, участ</w:t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вовать в диалоге и </w:t>
            </w:r>
            <w:proofErr w:type="spellStart"/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полилоге</w:t>
            </w:r>
            <w:proofErr w:type="spellEnd"/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на лингвистическую тему;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Использовать толковые словари, учебные этимологические словари; грамматические словари и справочники, орфографические словари, справочники по пунктуации (в том числе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мультимедийные);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Применять правила</w:t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орфографии и пунктуации на письме (в рамках изученного);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50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УМК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Александровой О.М. и др.</w:t>
            </w:r>
          </w:p>
        </w:tc>
      </w:tr>
      <w:tr w:rsidR="00E10B51" w:rsidRPr="004B3D16">
        <w:trPr>
          <w:trHeight w:hRule="exact" w:val="207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Язык как зеркало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национальной культуры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19.09.2022 28.09.2022</w:t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и правильно объяснять значения изученных слов с национально-культурным компонентом, правильно употреблять их в речи;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Распознавать, анализировать и характеризовать слова с живой внутренней формой;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Сравнивать отдельные примеры наименований пре</w:t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дметов и явлений окружающего мира в различных языках, отражающих особенности природы, климатических условий, традиционного быта и т. п.;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Использовать толковые словари, учебные этимологические словари; грамматические словари и справочники, орфографические </w:t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словари, справочники по пунктуации (в том числе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мультимедийные);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Применять правила орфографии и пунктуации на письме (в рамках изученного);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50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УМК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Александровой О.М. и др.</w:t>
            </w:r>
          </w:p>
        </w:tc>
      </w:tr>
      <w:tr w:rsidR="00E10B51" w:rsidRPr="004B3D16">
        <w:trPr>
          <w:trHeight w:hRule="exact" w:val="24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Слово как хранилище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материальной и духовной культуры народа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29.09.2022 13.10.2022</w:t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и правильно объяснять значения изученных слов с национально-культурным компонентом, правильно употреблять их в речи;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Извлекать и анализировать информацию из научно-популярных текстов о предметах и явлениях традиционного русского быта;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Анализировать словарные статьи «Толкового словаря живого великорусского языка» В. И.</w:t>
            </w:r>
          </w:p>
          <w:p w:rsidR="00E10B51" w:rsidRPr="004B3D16" w:rsidRDefault="002519B0">
            <w:pPr>
              <w:autoSpaceDE w:val="0"/>
              <w:autoSpaceDN w:val="0"/>
              <w:spacing w:before="20" w:after="0" w:line="254" w:lineRule="auto"/>
              <w:ind w:left="72" w:right="144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Даля; извлекать сведения о жизни, быте, обычаях русс</w:t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кого народа в прошлом;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Анализировать пословицы русского народа, объяснять их смысл, извлекать информацию о жизни и быте русского народа в прошлом; описывать современные ситуации их употребления; Использовать толковые словари, словари пословиц и поговорок,</w:t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учебные этимологические словари; грамматические словари и справочники, орфографические словари, справочники по пунктуации (в том числе мультимедийные);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Применять правила орфографии и пунктуации на письме (в рамках изученного);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50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УМК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Александровой О.М. и др.</w:t>
            </w:r>
          </w:p>
        </w:tc>
      </w:tr>
    </w:tbl>
    <w:p w:rsidR="00E10B51" w:rsidRPr="004B3D16" w:rsidRDefault="00E10B51">
      <w:pPr>
        <w:autoSpaceDE w:val="0"/>
        <w:autoSpaceDN w:val="0"/>
        <w:spacing w:after="0" w:line="14" w:lineRule="exact"/>
        <w:rPr>
          <w:lang w:val="ru-RU"/>
        </w:rPr>
      </w:pPr>
    </w:p>
    <w:p w:rsidR="00E10B51" w:rsidRPr="004B3D16" w:rsidRDefault="00E10B51">
      <w:pPr>
        <w:rPr>
          <w:lang w:val="ru-RU"/>
        </w:rPr>
        <w:sectPr w:rsidR="00E10B51" w:rsidRPr="004B3D16">
          <w:pgSz w:w="16840" w:h="11900"/>
          <w:pgMar w:top="282" w:right="640" w:bottom="71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10B51" w:rsidRPr="004B3D16" w:rsidRDefault="00E10B51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066"/>
        <w:gridCol w:w="528"/>
        <w:gridCol w:w="1104"/>
        <w:gridCol w:w="1142"/>
        <w:gridCol w:w="864"/>
        <w:gridCol w:w="6640"/>
        <w:gridCol w:w="1116"/>
        <w:gridCol w:w="1380"/>
      </w:tblGrid>
      <w:tr w:rsidR="00E10B51" w:rsidRPr="004B3D16">
        <w:trPr>
          <w:trHeight w:hRule="exact" w:val="32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1.5.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Загадки. Метафоричность русской загадки.</w:t>
            </w:r>
          </w:p>
          <w:p w:rsidR="00E10B51" w:rsidRPr="004B3D16" w:rsidRDefault="002519B0">
            <w:pPr>
              <w:autoSpaceDE w:val="0"/>
              <w:autoSpaceDN w:val="0"/>
              <w:spacing w:before="20" w:after="0" w:line="252" w:lineRule="auto"/>
              <w:ind w:left="72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Метафоры общеязыковые и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художественные, их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национально-культурная </w:t>
            </w:r>
            <w:r w:rsidRPr="004B3D1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специфика.</w:t>
            </w:r>
          </w:p>
          <w:p w:rsidR="00E10B51" w:rsidRPr="004B3D16" w:rsidRDefault="002519B0">
            <w:pPr>
              <w:autoSpaceDE w:val="0"/>
              <w:autoSpaceDN w:val="0"/>
              <w:spacing w:before="20" w:after="0" w:line="247" w:lineRule="auto"/>
              <w:ind w:left="72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Метафора, олицетворение, эпитет как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изобразительные средства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14.10.2022 23.10.2022</w:t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русские загадки с точки зрения языковых средств, которые в них используются для создания образа загаданного слова;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Сравнивать языковые метафоры в русском и других языках, устанавливать признаки, по которым проводится сравнение;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Устанавливать признаки для сравнения прямого и переносного значения слов; определять признак, лежащий в основе переносного значения;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Характер</w:t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изовать слова со специфическим оценочно-характеризующим значением (переносные наименования животных, растений и т. п.), особенности их употребления;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Сравнивать слова со специфическим оценочно-характеризующим значением в разных языках, определять признак, </w:t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лежащий в основе переносных значений таких слов;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художественные тексты с точки зрения использования в них художественных метафор, олицетворений;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Использовать толковые словари; словари пословиц и поговорок, словари эпитетов, метафор и сравне</w:t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ний; учебные этимологические словари; грамматические словари и справочники, орфографические словари, справочники по пунктуации (в том числе мультимедийные); Применять правила орфографии и пунктуации на письме (в рамках изученного);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Зачет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УМК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Александрово</w:t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й О.М. и др.</w:t>
            </w:r>
          </w:p>
        </w:tc>
      </w:tr>
      <w:tr w:rsidR="00E10B51" w:rsidRPr="004B3D16">
        <w:trPr>
          <w:trHeight w:hRule="exact" w:val="303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1.6.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Национальная специфика русского фольклора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24.10.2022 09.11.2022</w:t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фрагменты текстов русских народных и литературных сказок, народных песен, </w:t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былин, художественных произведений с точки зрения использования в них устойчивых оборотов, народно-поэтических символов, народно-поэтических эпитетов;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Распознавать слова с суффиксами субъективной оценки в произведениях устного народного творчества и в про</w:t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изведениях художественной литературы; характеризовать особенности их употребления как особого средства выразительности;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Распознавать постоянные эпитеты и сравнения, анализировать и характеризовать особенности употребления в фольклорных текстах, в художест</w:t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венной литературе постоянных эпитетов, сравнений как особых изобразительно-выразительных средств;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Распознавать прецедентные имена и прозвища персонажей сказок, былин, легенд и т. п., понимать и объяснять их значение в современных контекстах, правильно упо</w:t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треблять их; Использовать толковые словари; словари эпитетов, метафор и сравнений; словари пословиц и поговорок; учебные этимологические словари; грамматические словари и справочники, орфографические словари, справочники по пунктуации (в том числе мультиме</w:t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дийные); Применять правила орфографии и пунктуации на письме (в рамках изученного);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6" w:after="0" w:line="250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УМК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Александровой О.М. и др.</w:t>
            </w:r>
          </w:p>
        </w:tc>
      </w:tr>
      <w:tr w:rsidR="00E10B51" w:rsidRPr="004B3D16">
        <w:trPr>
          <w:trHeight w:hRule="exact" w:val="27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1.7.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Крылатые слова,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пословицы, поговорки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10.11.2022 16.11.2022</w:t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крылатые слова и выражения из русских народных и литературных сказок, называть их источники, комментировать значение и употребление в современных ситуациях речевого общения, использовать в собственной речевой практике;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Объяснять значения посл</w:t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овиц и поговорок, правильно употреблять изученные пословицы, поговорки;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Сравнивать русские пословицы с пословицами других народов, определять их сходства и различия;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пословицы и поговорки с точки зрения выражения в них опыта, наблюдений, </w:t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оценок, народного ума и особенностей национальной культуры народа;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Использовать толковые словари, словари пословиц и поговорок, крылатых слов и выражений, словари эпитетов, метафор и сравнений; учебные этимологические словари; орфографические словари, гра</w:t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мматические словари и справочники по пунктуации (в том числе мультимедийные); Применять правила орфографии и пунктуации на письме (в рамках изученного);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контроль;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УМК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Александровой О.М. и др.</w:t>
            </w:r>
          </w:p>
        </w:tc>
      </w:tr>
    </w:tbl>
    <w:p w:rsidR="00E10B51" w:rsidRPr="004B3D16" w:rsidRDefault="00E10B51">
      <w:pPr>
        <w:autoSpaceDE w:val="0"/>
        <w:autoSpaceDN w:val="0"/>
        <w:spacing w:after="0" w:line="14" w:lineRule="exact"/>
        <w:rPr>
          <w:lang w:val="ru-RU"/>
        </w:rPr>
      </w:pPr>
    </w:p>
    <w:p w:rsidR="00E10B51" w:rsidRPr="004B3D16" w:rsidRDefault="00E10B51">
      <w:pPr>
        <w:rPr>
          <w:lang w:val="ru-RU"/>
        </w:rPr>
        <w:sectPr w:rsidR="00E10B51" w:rsidRPr="004B3D16">
          <w:pgSz w:w="16840" w:h="11900"/>
          <w:pgMar w:top="284" w:right="834" w:bottom="1138" w:left="666" w:header="720" w:footer="720" w:gutter="0"/>
          <w:cols w:space="720" w:equalWidth="0">
            <w:col w:w="15340" w:space="0"/>
          </w:cols>
          <w:docGrid w:linePitch="360"/>
        </w:sectPr>
      </w:pPr>
    </w:p>
    <w:p w:rsidR="00E10B51" w:rsidRPr="004B3D16" w:rsidRDefault="00E10B51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066"/>
        <w:gridCol w:w="528"/>
        <w:gridCol w:w="1104"/>
        <w:gridCol w:w="1142"/>
        <w:gridCol w:w="864"/>
        <w:gridCol w:w="6640"/>
        <w:gridCol w:w="1116"/>
        <w:gridCol w:w="1380"/>
      </w:tblGrid>
      <w:tr w:rsidR="00E10B51" w:rsidRPr="004B3D16">
        <w:trPr>
          <w:trHeight w:hRule="exact" w:val="227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1.8.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Русские имена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17.11.2022 23.11.2022</w:t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исконно русские (славянские) имена, комментировать их происхождение (в </w:t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рамках изученного);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стилистическую окраску имён, входящих в состав пословиц и поговорок (в рамках изученного);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взаимосвязь происхождения названий старинных русских городов и истории народа, истории языка (в рамках изученного);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Использовать толковые словари, словари пословиц и поговорок; словари крылатых слов и выражений; словари синонимов, антонимов; словари эпитетов, метафор и сравнений; учебные этимологические словари; грамматические словари и справочники, орфографические слов</w:t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ари, справочники по пунктуации (в том числе мультимедийные);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Применять правила орфографии и пунктуации на письме (в рамках изученного);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УМК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Александровой О.М. и др.</w:t>
            </w:r>
          </w:p>
        </w:tc>
      </w:tr>
      <w:tr w:rsidR="00E10B51" w:rsidRPr="004B3D16">
        <w:trPr>
          <w:trHeight w:hRule="exact" w:val="207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1.9.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Язык как зеркало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национальной культуры.</w:t>
            </w:r>
          </w:p>
          <w:p w:rsidR="00E10B51" w:rsidRPr="004B3D16" w:rsidRDefault="002519B0">
            <w:pPr>
              <w:autoSpaceDE w:val="0"/>
              <w:autoSpaceDN w:val="0"/>
              <w:spacing w:before="18" w:after="0" w:line="250" w:lineRule="auto"/>
              <w:ind w:left="72" w:right="144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Представление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проектных,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исследовательских работ.</w:t>
            </w:r>
          </w:p>
          <w:p w:rsidR="00E10B51" w:rsidRPr="004B3D16" w:rsidRDefault="002519B0">
            <w:pPr>
              <w:autoSpaceDE w:val="0"/>
              <w:autoSpaceDN w:val="0"/>
              <w:spacing w:before="18" w:after="0" w:line="245" w:lineRule="auto"/>
              <w:ind w:left="72" w:right="1008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Проверочная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работа № 1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24.11.2022 30.11.2022</w:t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Публично представлять результаты проведённого языкового анализа, выполненного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лингвистического эксперимента, исследования, проекта;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Самостоятельно составлять алгоритм решения задачи (или его часть), выбирать способ решения учебной </w:t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задачи с учётом имеющихся ресурсов и собственных возможностей, аргументировать предлагаемые варианты решений;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Самостоятельно составлять план действий, вносить необходимые коррективы в ходе его реализации;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Делать выбор и брать ответственность за решение;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Зачет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УМК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Александровой О.М. и др.</w:t>
            </w:r>
          </w:p>
        </w:tc>
      </w:tr>
      <w:tr w:rsidR="00E10B51">
        <w:trPr>
          <w:trHeight w:hRule="exact" w:val="348"/>
        </w:trPr>
        <w:tc>
          <w:tcPr>
            <w:tcW w:w="2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</w:t>
            </w:r>
          </w:p>
        </w:tc>
        <w:tc>
          <w:tcPr>
            <w:tcW w:w="122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</w:tr>
      <w:tr w:rsidR="00E10B51">
        <w:trPr>
          <w:trHeight w:hRule="exact" w:val="348"/>
        </w:trPr>
        <w:tc>
          <w:tcPr>
            <w:tcW w:w="153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2.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КУЛЬТУРА РЕЧИ</w:t>
            </w:r>
          </w:p>
        </w:tc>
      </w:tr>
      <w:tr w:rsidR="00E10B51" w:rsidRPr="004B3D16">
        <w:trPr>
          <w:trHeight w:hRule="exact" w:val="241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Современный русский литературный язык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01.12.2022 07.12.2022</w:t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и объяснять различие понятий «национальный русский язык» и «литературный </w:t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русский язык» (на уровне общего представления);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примеры речевых высказываний с точки зрения показателей хорошей и правильной речи, соблюдения говорящим норм литературного языка;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Понимать важность соблюдения норм современного русского литера</w:t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турного языка для культурного человека;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смысл утверждений, характеризующих роль А. С. Пушкина в создании современного русского литературного языка;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Применять правила орфографии и пунктуации на письме (в рамках изученного);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Использовать орфогра</w:t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фические словари, грамматические справочники для определения нормативных вариантов написания;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50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УМК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Александровой О.М. и др.</w:t>
            </w:r>
          </w:p>
        </w:tc>
      </w:tr>
      <w:tr w:rsidR="00E10B51" w:rsidRPr="004B3D16">
        <w:trPr>
          <w:trHeight w:hRule="exact" w:val="283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78" w:after="0" w:line="245" w:lineRule="auto"/>
              <w:jc w:val="center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Русская орфоэпия. Нормы произношения и ударения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08.12.2022 21.12.2022</w:t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78" w:after="0" w:line="254" w:lineRule="auto"/>
              <w:ind w:left="72" w:right="288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Различать варианты орфоэпической и акцентологической нормы; употреблять слова с учётом произносительных вариантов орфоэпической нормы (в рамках изученного);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Различать постоянное и подвижное ударение в именах существительных, именах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прилагательных, глагол</w:t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ах (в рамках изученного); соблюдать нормы ударения в отдельных грамматических формах имён существительных, имён прилагательных, глаголов (в рамках изученного);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Анализировать смыслоразличительную роль ударения на примере омографов; корректно употреблять ом</w:t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ографы в письменной речи;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Употреблять слова с учётом произносительных вариантов орфоэпической нормы (в рамках изученного);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Использовать орфоэпические, в том числе мультимедийные, словари для определения нормативного произношения слова; вариантов произнош</w:t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ения;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Применять правила орфографии и пунктуации на письме (в рамках изученного);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Использовать орфографические словари и справочники по пунктуации;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47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УМК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Александровой О.М. и др.</w:t>
            </w:r>
          </w:p>
        </w:tc>
      </w:tr>
    </w:tbl>
    <w:p w:rsidR="00E10B51" w:rsidRPr="004B3D16" w:rsidRDefault="00E10B51">
      <w:pPr>
        <w:autoSpaceDE w:val="0"/>
        <w:autoSpaceDN w:val="0"/>
        <w:spacing w:after="0" w:line="14" w:lineRule="exact"/>
        <w:rPr>
          <w:lang w:val="ru-RU"/>
        </w:rPr>
      </w:pPr>
    </w:p>
    <w:p w:rsidR="00E10B51" w:rsidRPr="004B3D16" w:rsidRDefault="00E10B51">
      <w:pPr>
        <w:rPr>
          <w:lang w:val="ru-RU"/>
        </w:rPr>
        <w:sectPr w:rsidR="00E10B51" w:rsidRPr="004B3D16">
          <w:pgSz w:w="16840" w:h="11900"/>
          <w:pgMar w:top="284" w:right="834" w:bottom="502" w:left="666" w:header="720" w:footer="720" w:gutter="0"/>
          <w:cols w:space="720" w:equalWidth="0">
            <w:col w:w="15340" w:space="0"/>
          </w:cols>
          <w:docGrid w:linePitch="360"/>
        </w:sectPr>
      </w:pPr>
    </w:p>
    <w:p w:rsidR="00E10B51" w:rsidRPr="004B3D16" w:rsidRDefault="00E10B51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066"/>
        <w:gridCol w:w="528"/>
        <w:gridCol w:w="1104"/>
        <w:gridCol w:w="1142"/>
        <w:gridCol w:w="864"/>
        <w:gridCol w:w="6640"/>
        <w:gridCol w:w="1116"/>
        <w:gridCol w:w="1380"/>
      </w:tblGrid>
      <w:tr w:rsidR="00E10B51" w:rsidRPr="004B3D16">
        <w:trPr>
          <w:trHeight w:hRule="exact" w:val="303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78" w:after="0" w:line="245" w:lineRule="auto"/>
              <w:ind w:left="72" w:right="720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Речь точная и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выразительная.</w:t>
            </w:r>
          </w:p>
          <w:p w:rsidR="00E10B51" w:rsidRPr="004B3D16" w:rsidRDefault="002519B0">
            <w:pPr>
              <w:autoSpaceDE w:val="0"/>
              <w:autoSpaceDN w:val="0"/>
              <w:spacing w:before="20" w:after="0" w:line="250" w:lineRule="auto"/>
              <w:ind w:left="72" w:right="144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Основные лексические нормы современного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русского литературного языка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22.12.2022 25.01.2023</w:t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Соблюдать нормы употребления синонимов‚ антонимов, омонимов (в рамках изученного); Употреблять слова в соответствии с их лексическим значением и правилами лексической сочетаемости;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слова с различной стилистической окраской;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Употреблять имена существительные, имена прилагательные, глаголы с учётом стилистических норм современного русского языка;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Объяснять примеры употребления в речевых высказываниях имён существительных, имён прилагательных, глаголов с точки зрения лексически</w:t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 норм современного русского языка; Анализировать частотные примеры речевых ошибок, связанных с употреблением имён существительных, имён прилагательных, глаголов;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Использовать толковые словари, в том числе мультимедийные; словари синонимов, антонимов для </w:t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уточнения значения слов, стилистической окраски, а также в процессе редактирования текста;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Применять правила орфографии и пунктуации на письме (в рамках изученного);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Использовать орфографические словари и справочники по пунктуации;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Письме</w:t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нный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Тестирование;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УМК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Александровой О.М. и др.</w:t>
            </w:r>
          </w:p>
        </w:tc>
      </w:tr>
      <w:tr w:rsidR="00E10B51" w:rsidRPr="004B3D16">
        <w:trPr>
          <w:trHeight w:hRule="exact" w:val="303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Речь правильная.</w:t>
            </w:r>
          </w:p>
          <w:p w:rsidR="00E10B51" w:rsidRPr="004B3D16" w:rsidRDefault="002519B0">
            <w:pPr>
              <w:autoSpaceDE w:val="0"/>
              <w:autoSpaceDN w:val="0"/>
              <w:spacing w:before="18" w:after="0" w:line="245" w:lineRule="auto"/>
              <w:ind w:left="72" w:right="144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Основные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грамматические нормы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26.01.2023 08.02.2023</w:t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род заимствованных несклоняемых имён существительных; сложных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существительных; имён собственных (географических названий); аббревиатур и корректно употреблять их в речи (в рамках изученного);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Различать варианты грамматической нормы: литературных и разговорных форм именительного падежа множественного числа существите</w:t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льных мужского рода‚ форм существительных мужского рода множественного числа с окончаниями -а(-я), -ы(-и)‚ различающихся по </w:t>
            </w:r>
            <w:proofErr w:type="spellStart"/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смыслу‚и</w:t>
            </w:r>
            <w:proofErr w:type="spellEnd"/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корректно употреблять их в речи (в рамках изученного);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Различать типичные грамматические ошибки (в рамках изученного);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</w:t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являть и исправлять грамматические ошибки в тексте, в устной речи;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Использовать грамматические словари и справочники для уточнения норм образования формы слова, построения словосочетания и предложения; опознавания вариантов грамматической нормы; в процесс</w:t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 редактирования текста;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Применять правила орфографии и пунктуации на письме (в рамках изученного);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Использовать орфографические словари, грамматические справочники для определения нормативных вариантов написания;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</w:t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естирование;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УМК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Александровой О.М. и др.</w:t>
            </w:r>
          </w:p>
        </w:tc>
      </w:tr>
      <w:tr w:rsidR="00E10B51" w:rsidRPr="004B3D16">
        <w:trPr>
          <w:trHeight w:hRule="exact" w:val="207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Речевой этикет: нормы и традиции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09.02.2023 19.02.2023</w:t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этикетные формы и формулы обращения в официальной и неофициальной </w:t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речевой ситуации; современные формулы обращения к незнакомому человеку;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Корректно употреблять форму «он» в ситуациях диалога и </w:t>
            </w:r>
            <w:proofErr w:type="spellStart"/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полилога</w:t>
            </w:r>
            <w:proofErr w:type="spellEnd"/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Участвовать в различных речевых ситуациях, требующих использования этикетных форм и </w:t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устойчивых формул‚ этикетного общения, лежащего в основе национального речевого этикета; Соблюдать в диалоге и монологе русскую этикетную вербальную и невербальную манеру общения;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Применять правила орфографии и пунктуации на письме (в рамках изученного);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Использовать орфографические словари, грамматические справочники для определения нормативных вариантов написания;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контроль;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</w:t>
            </w:r>
            <w:proofErr w:type="gramStart"/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  <w:proofErr w:type="gram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УМК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Александровой О.М. и др.</w:t>
            </w:r>
          </w:p>
        </w:tc>
      </w:tr>
      <w:tr w:rsidR="00E10B51" w:rsidRPr="004B3D16">
        <w:trPr>
          <w:trHeight w:hRule="exact" w:val="207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2.6.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«Живой как жизнь».</w:t>
            </w:r>
          </w:p>
          <w:p w:rsidR="00E10B51" w:rsidRPr="004B3D16" w:rsidRDefault="002519B0">
            <w:pPr>
              <w:autoSpaceDE w:val="0"/>
              <w:autoSpaceDN w:val="0"/>
              <w:spacing w:before="20" w:after="0" w:line="230" w:lineRule="auto"/>
              <w:ind w:left="72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Норма и её варианты.</w:t>
            </w:r>
          </w:p>
          <w:p w:rsidR="00E10B51" w:rsidRPr="004B3D16" w:rsidRDefault="002519B0">
            <w:pPr>
              <w:autoSpaceDE w:val="0"/>
              <w:autoSpaceDN w:val="0"/>
              <w:spacing w:before="20" w:after="0" w:line="250" w:lineRule="auto"/>
              <w:ind w:left="72" w:right="144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Представление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проектных,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исследовательских работ. Проверочная работа № 2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20.02.2023 26.02.2023</w:t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Публично представлять результаты проведённого языкового анализа, выполненного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лингвистического эксперимента, исследования, проекта;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Самостоятельно выби</w:t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рать формат выступления с учётом цели презентации и особенностей аудитории и в соответствии с ним составлять устные и письменные тексты;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Самостоятельно составлять алгоритм решения задачи (или его часть), выбирать способ решения учебной задачи с учётом име</w:t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ющихся ресурсов и собственных возможностей, аргументировать предлагаемые варианты решений;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Самостоятельно составлять план действий, вносить необходимые коррективы в ходе его реализации;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Делать выбор и брать ответственность за решение;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УМК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Александровой О.М. и др.</w:t>
            </w:r>
          </w:p>
        </w:tc>
      </w:tr>
      <w:tr w:rsidR="00E10B51">
        <w:trPr>
          <w:trHeight w:hRule="exact" w:val="328"/>
        </w:trPr>
        <w:tc>
          <w:tcPr>
            <w:tcW w:w="2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</w:t>
            </w:r>
          </w:p>
        </w:tc>
        <w:tc>
          <w:tcPr>
            <w:tcW w:w="122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</w:tr>
    </w:tbl>
    <w:p w:rsidR="00E10B51" w:rsidRDefault="00E10B51">
      <w:pPr>
        <w:autoSpaceDE w:val="0"/>
        <w:autoSpaceDN w:val="0"/>
        <w:spacing w:after="0" w:line="14" w:lineRule="exact"/>
      </w:pPr>
    </w:p>
    <w:p w:rsidR="00E10B51" w:rsidRDefault="00E10B51">
      <w:pPr>
        <w:sectPr w:rsidR="00E10B51">
          <w:pgSz w:w="16840" w:h="11900"/>
          <w:pgMar w:top="284" w:right="834" w:bottom="370" w:left="666" w:header="720" w:footer="720" w:gutter="0"/>
          <w:cols w:space="720" w:equalWidth="0">
            <w:col w:w="15340" w:space="0"/>
          </w:cols>
          <w:docGrid w:linePitch="360"/>
        </w:sectPr>
      </w:pPr>
    </w:p>
    <w:p w:rsidR="00E10B51" w:rsidRDefault="00E10B5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066"/>
        <w:gridCol w:w="528"/>
        <w:gridCol w:w="1104"/>
        <w:gridCol w:w="1142"/>
        <w:gridCol w:w="864"/>
        <w:gridCol w:w="6640"/>
        <w:gridCol w:w="1116"/>
        <w:gridCol w:w="1380"/>
      </w:tblGrid>
      <w:tr w:rsidR="00E10B51" w:rsidRPr="004B3D16">
        <w:trPr>
          <w:trHeight w:hRule="exact" w:val="348"/>
        </w:trPr>
        <w:tc>
          <w:tcPr>
            <w:tcW w:w="153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Раздел 3. </w:t>
            </w:r>
            <w:r w:rsidRPr="004B3D1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РЕЧЬ. РЕЧЕВАЯ ДЕЯТЕЛЬНОСТЬ. ТЕКСТ</w:t>
            </w:r>
          </w:p>
        </w:tc>
      </w:tr>
      <w:tr w:rsidR="00E10B51" w:rsidRPr="004B3D16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Язык и речь.</w:t>
            </w:r>
          </w:p>
          <w:p w:rsidR="00E10B51" w:rsidRPr="004B3D16" w:rsidRDefault="002519B0">
            <w:pPr>
              <w:autoSpaceDE w:val="0"/>
              <w:autoSpaceDN w:val="0"/>
              <w:spacing w:before="20" w:after="0" w:line="247" w:lineRule="auto"/>
              <w:ind w:left="72" w:right="144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Средства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выразительности устной речи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27.02.2023 12.03.2023</w:t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Использовать разные виды речевой деятельности для решения учебных задач;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и интерпретировать фольклорные и художественные тексты или их фрагменты </w:t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(народные и литературные сказки, рассказы, былины, пословицы, загадки);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Владеть элементами интонации; выразительно читать тексты;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Инициировать диалог и поддерживать его, сохранять инициативу в диалоге, завершать диалог; Применять правила орфографии и пун</w:t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ктуации на письме (в рамках изученного);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50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УМК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Александровой О.М. и др.</w:t>
            </w:r>
          </w:p>
        </w:tc>
      </w:tr>
      <w:tr w:rsidR="00E10B51" w:rsidRPr="004B3D16">
        <w:trPr>
          <w:trHeight w:hRule="exact" w:val="1308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20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74" w:after="0" w:line="230" w:lineRule="auto"/>
              <w:ind w:left="72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Текст и его строение.</w:t>
            </w:r>
          </w:p>
          <w:p w:rsidR="00E10B51" w:rsidRPr="004B3D16" w:rsidRDefault="002519B0">
            <w:pPr>
              <w:autoSpaceDE w:val="0"/>
              <w:autoSpaceDN w:val="0"/>
              <w:spacing w:before="20" w:after="0" w:line="250" w:lineRule="auto"/>
              <w:ind w:left="72" w:right="288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Композиционные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особенности описания, повествования,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рассуждения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4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13.03.2023 09.04.2023</w:t>
            </w:r>
          </w:p>
        </w:tc>
        <w:tc>
          <w:tcPr>
            <w:tcW w:w="66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74" w:after="0" w:line="252" w:lineRule="auto"/>
              <w:ind w:left="72" w:right="144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Анализировать и интерпретировать фольклорные и художественные тексты или их фрагменты, определяя ведущий тип речи; их композиционные особенности (на уровне изученного); Анализировать и создавать (в том числе с опорой на образец) тексты разных функционально</w:t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-смысловых типов речи;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Применять правила орфографии и пунктуации на письме (в рамках изученного);</w:t>
            </w:r>
          </w:p>
        </w:tc>
        <w:tc>
          <w:tcPr>
            <w:tcW w:w="111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74" w:after="0" w:line="252" w:lineRule="auto"/>
              <w:ind w:left="72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контроль;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работа;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74" w:after="0" w:line="250" w:lineRule="auto"/>
              <w:ind w:left="72" w:right="144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УМК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Александровой О.М. и др.</w:t>
            </w:r>
          </w:p>
        </w:tc>
      </w:tr>
      <w:tr w:rsidR="00E10B51" w:rsidRPr="004B3D16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Функциональные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разновидности языка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10.04.2023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16.04.2023</w:t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и создавать (в том числе с опорой на образец) тексты с учётом сферы, ситуации общения; стилевой принадлежности;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Редактировать собственные тексты с целью совершенствования их содержания и формы; Применять правила орфографии и пункт</w:t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уации на письме (в рамках изученного);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контроль;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Зачет;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УМК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Александровой О.М. и др.</w:t>
            </w:r>
          </w:p>
        </w:tc>
      </w:tr>
      <w:tr w:rsidR="00E10B51" w:rsidRPr="004B3D16">
        <w:trPr>
          <w:trHeight w:hRule="exact" w:val="15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45" w:lineRule="auto"/>
              <w:ind w:left="72" w:right="576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Разговорная речь. Просьба, извинение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17.04.2023 19.04.2023</w:t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и интерпретировать фольклорные и художественные тексты или их фрагменты (народные и литературные сказки, рассказы, былины, пословицы, загадки);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Участвовать в общении, демонстрируя владение интонацией;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Уместно использовать коммуникативные ст</w:t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ратегии и тактики устного общения: просьбу, принесение извинений;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Инициировать диалог и поддерживать его, сохранять инициативу в диалоге, завершать диалог; Применять правила орфографии и пунктуации на письме (в рамках изученного);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УМК</w:t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Александровой О.М. и др.</w:t>
            </w:r>
          </w:p>
        </w:tc>
      </w:tr>
      <w:tr w:rsidR="00E10B51" w:rsidRPr="004B3D16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Официально-деловой стиль.</w:t>
            </w:r>
          </w:p>
          <w:p w:rsidR="00E10B51" w:rsidRDefault="002519B0">
            <w:pPr>
              <w:autoSpaceDE w:val="0"/>
              <w:autoSpaceDN w:val="0"/>
              <w:spacing w:before="18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Объявление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20.04.2023 23.04.2023</w:t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76" w:after="0" w:line="250" w:lineRule="auto"/>
              <w:ind w:left="72" w:right="576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и интерпретировать тексты или их фрагменты;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Создавать тексты объявлений в устной и письменной форме с учётом речевой ситуации; Применять </w:t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правила орфографии и пунктуации на письме (в рамках изученного);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6" w:after="0" w:line="250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УМК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Александровой О.М. и др.</w:t>
            </w:r>
          </w:p>
        </w:tc>
      </w:tr>
      <w:tr w:rsidR="00E10B51" w:rsidRPr="004B3D16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3.6.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Научно-учебный </w:t>
            </w:r>
            <w:r w:rsidRPr="004B3D16">
              <w:rPr>
                <w:lang w:val="ru-RU"/>
              </w:rPr>
              <w:br/>
            </w:r>
            <w:proofErr w:type="spellStart"/>
            <w:r w:rsidRPr="004B3D1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подстиль</w:t>
            </w:r>
            <w:proofErr w:type="spellEnd"/>
            <w:r w:rsidRPr="004B3D1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. План ответа на уроке, план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текста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24.04.2023 26.04.2023</w:t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Составлять планы разных видов: план устного ответа на уроке, план прочитанного текста; Применять правила орфографии и пунктуации на письме (в рамках изученного);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6" w:after="0" w:line="250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УМК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Александровой О.М. и др.</w:t>
            </w:r>
          </w:p>
        </w:tc>
      </w:tr>
      <w:tr w:rsidR="00E10B51" w:rsidRPr="004B3D16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3.7.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Публицистический стиль. Устное выступление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27.04.2023 30.04.2023</w:t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78" w:after="0" w:line="247" w:lineRule="auto"/>
              <w:ind w:left="72" w:right="1440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и создавать тексты публицистических жанров (девиз, слоган); Анализировать и создавать текст устного выступления;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Владеть элементами интонации; выразительно читать тексты;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50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УМК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Александровой О.М. и др.</w:t>
            </w:r>
          </w:p>
        </w:tc>
      </w:tr>
      <w:tr w:rsidR="00E10B51" w:rsidRPr="004B3D16">
        <w:trPr>
          <w:trHeight w:hRule="exact" w:val="148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3.8.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Язык художественной литературы.</w:t>
            </w:r>
          </w:p>
          <w:p w:rsidR="00E10B51" w:rsidRPr="004B3D16" w:rsidRDefault="002519B0">
            <w:pPr>
              <w:autoSpaceDE w:val="0"/>
              <w:autoSpaceDN w:val="0"/>
              <w:spacing w:before="20" w:after="0" w:line="230" w:lineRule="auto"/>
              <w:ind w:left="72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Литературная сказка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01.05.2023 07.05.2023</w:t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и интерпретировать художественные тексты или их фрагменты (литературные сказки);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Создавать (в том числе с опорой на образец) тексты разных функционально-смысловых типов речи;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Редактировать собственные тексты с целью совершенствования их содержания и формы; сопоставлять черновой и отредактированный тексты;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Применять правила орфографии</w:t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 пунктуации на письме (в рамках изученного);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50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УМК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Александровой О.М. и др.</w:t>
            </w:r>
          </w:p>
        </w:tc>
      </w:tr>
    </w:tbl>
    <w:p w:rsidR="00E10B51" w:rsidRPr="004B3D16" w:rsidRDefault="00E10B51">
      <w:pPr>
        <w:autoSpaceDE w:val="0"/>
        <w:autoSpaceDN w:val="0"/>
        <w:spacing w:after="0" w:line="14" w:lineRule="exact"/>
        <w:rPr>
          <w:lang w:val="ru-RU"/>
        </w:rPr>
      </w:pPr>
    </w:p>
    <w:p w:rsidR="00E10B51" w:rsidRPr="004B3D16" w:rsidRDefault="00E10B51">
      <w:pPr>
        <w:rPr>
          <w:lang w:val="ru-RU"/>
        </w:rPr>
        <w:sectPr w:rsidR="00E10B51" w:rsidRPr="004B3D16">
          <w:pgSz w:w="16840" w:h="11900"/>
          <w:pgMar w:top="284" w:right="834" w:bottom="730" w:left="666" w:header="720" w:footer="720" w:gutter="0"/>
          <w:cols w:space="720" w:equalWidth="0">
            <w:col w:w="15340" w:space="0"/>
          </w:cols>
          <w:docGrid w:linePitch="360"/>
        </w:sectPr>
      </w:pPr>
    </w:p>
    <w:p w:rsidR="00E10B51" w:rsidRPr="004B3D16" w:rsidRDefault="00E10B51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066"/>
        <w:gridCol w:w="528"/>
        <w:gridCol w:w="1104"/>
        <w:gridCol w:w="1142"/>
        <w:gridCol w:w="864"/>
        <w:gridCol w:w="6640"/>
        <w:gridCol w:w="1116"/>
        <w:gridCol w:w="1380"/>
        <w:gridCol w:w="194"/>
      </w:tblGrid>
      <w:tr w:rsidR="00E10B51" w:rsidRPr="004B3D16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3.9.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Язык художественной литературы.</w:t>
            </w:r>
          </w:p>
          <w:p w:rsidR="00E10B51" w:rsidRDefault="002519B0">
            <w:pPr>
              <w:autoSpaceDE w:val="0"/>
              <w:autoSpaceDN w:val="0"/>
              <w:spacing w:before="20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Рассказ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08.05.2023 14.05.2023</w:t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и интерпретировать художественные тексты или их фрагменты (рассказы); Создавать (в том числе с опорой на образец) тексты разных функционально-смысловых типов речи;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Редактировать собственные тексты с целью совершенствования их содержания и формы; сопоставлять черновой и отредактированный тексты;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Применять правила орфографии и пунктуации на письме (в рамках изученного);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50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УМК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Алекса</w:t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ндровой О.М. и др.</w:t>
            </w:r>
          </w:p>
        </w:tc>
        <w:tc>
          <w:tcPr>
            <w:tcW w:w="19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E10B51">
            <w:pPr>
              <w:rPr>
                <w:lang w:val="ru-RU"/>
              </w:rPr>
            </w:pPr>
          </w:p>
        </w:tc>
      </w:tr>
      <w:tr w:rsidR="00E10B51" w:rsidRPr="004B3D16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3.10.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Особенности языка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фольклорных текстов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15.05.2023 21.05.2023</w:t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и интерпретировать фольклорные тексты (сказки, былины, пословицы, загадки); </w:t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Создавать (в том числе с опорой на образец) тексты разных функционально-смысловых типов речи;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Редактировать собственные тексты с целью совершенствования их содержания и формы; сопоставлять черновой и отредактированный тексты;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Применять правила орфографии</w:t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 пунктуации на письме (в рамках изученного);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УМК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Александровой О.М. и др.</w:t>
            </w:r>
          </w:p>
        </w:tc>
        <w:tc>
          <w:tcPr>
            <w:tcW w:w="155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E10B51" w:rsidRPr="004B3D16" w:rsidRDefault="00E10B51">
            <w:pPr>
              <w:rPr>
                <w:lang w:val="ru-RU"/>
              </w:rPr>
            </w:pPr>
          </w:p>
        </w:tc>
      </w:tr>
      <w:tr w:rsidR="00E10B51" w:rsidRPr="004B3D16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3.11.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Текст и его строение.</w:t>
            </w:r>
          </w:p>
          <w:p w:rsidR="00E10B51" w:rsidRPr="004B3D16" w:rsidRDefault="002519B0">
            <w:pPr>
              <w:autoSpaceDE w:val="0"/>
              <w:autoSpaceDN w:val="0"/>
              <w:spacing w:before="18" w:after="0" w:line="250" w:lineRule="auto"/>
              <w:ind w:left="72" w:right="144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Представление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проектных,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исследовательских работ.</w:t>
            </w:r>
          </w:p>
          <w:p w:rsidR="00E10B51" w:rsidRDefault="002519B0">
            <w:pPr>
              <w:autoSpaceDE w:val="0"/>
              <w:autoSpaceDN w:val="0"/>
              <w:spacing w:before="18" w:after="0" w:line="245" w:lineRule="auto"/>
              <w:ind w:left="72" w:right="1008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Проверочная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№ 3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22.05.2023 31.05.2023</w:t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и интерпретировать фольклорные и художественные тексты или их фрагменты (народные и литературные сказки, рассказы, былины, пословицы, загадки);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Редактировать собственные тексты с целью совершенствования их содержания и формы; сопоставлять че</w:t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рновой и отредактированный тексты;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Создавать тексты как результат проектной (исследовательской) деятельности; оформлять результаты проекта (исследования), представлять их в устной форме;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6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УМК </w:t>
            </w:r>
            <w:r w:rsidRPr="004B3D16">
              <w:rPr>
                <w:lang w:val="ru-RU"/>
              </w:rPr>
              <w:br/>
            </w: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Александровой О.М. и др.</w:t>
            </w:r>
          </w:p>
        </w:tc>
        <w:tc>
          <w:tcPr>
            <w:tcW w:w="155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E10B51" w:rsidRPr="004B3D16" w:rsidRDefault="00E10B51">
            <w:pPr>
              <w:rPr>
                <w:lang w:val="ru-RU"/>
              </w:rPr>
            </w:pPr>
          </w:p>
        </w:tc>
      </w:tr>
      <w:tr w:rsidR="00E10B51">
        <w:trPr>
          <w:trHeight w:hRule="exact" w:val="348"/>
        </w:trPr>
        <w:tc>
          <w:tcPr>
            <w:tcW w:w="2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</w:t>
            </w:r>
          </w:p>
        </w:tc>
        <w:tc>
          <w:tcPr>
            <w:tcW w:w="122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55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E10B51" w:rsidRDefault="00E10B51"/>
        </w:tc>
      </w:tr>
      <w:tr w:rsidR="00E10B51">
        <w:trPr>
          <w:trHeight w:hRule="exact" w:val="348"/>
        </w:trPr>
        <w:tc>
          <w:tcPr>
            <w:tcW w:w="2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Резервное время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2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</w:tr>
      <w:tr w:rsidR="00E10B51">
        <w:trPr>
          <w:trHeight w:hRule="exact" w:val="520"/>
        </w:trPr>
        <w:tc>
          <w:tcPr>
            <w:tcW w:w="2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</w:t>
            </w:r>
          </w:p>
        </w:tc>
        <w:tc>
          <w:tcPr>
            <w:tcW w:w="10000" w:type="dxa"/>
            <w:gridSpan w:val="4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94" w:type="dxa"/>
            <w:tcBorders>
              <w:top w:val="single" w:sz="4" w:space="0" w:color="000000"/>
              <w:lef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</w:tr>
    </w:tbl>
    <w:p w:rsidR="00E10B51" w:rsidRDefault="00E10B51">
      <w:pPr>
        <w:autoSpaceDE w:val="0"/>
        <w:autoSpaceDN w:val="0"/>
        <w:spacing w:after="0" w:line="14" w:lineRule="exact"/>
      </w:pPr>
    </w:p>
    <w:p w:rsidR="00E10B51" w:rsidRDefault="00E10B51">
      <w:pPr>
        <w:sectPr w:rsidR="00E10B51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10B51" w:rsidRDefault="00E10B51">
      <w:pPr>
        <w:autoSpaceDE w:val="0"/>
        <w:autoSpaceDN w:val="0"/>
        <w:spacing w:after="78" w:line="220" w:lineRule="exact"/>
      </w:pPr>
    </w:p>
    <w:p w:rsidR="00E10B51" w:rsidRDefault="002519B0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ПОУРОЧНОЕ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960"/>
        <w:gridCol w:w="2726"/>
        <w:gridCol w:w="732"/>
        <w:gridCol w:w="1620"/>
        <w:gridCol w:w="1668"/>
        <w:gridCol w:w="1164"/>
        <w:gridCol w:w="1682"/>
      </w:tblGrid>
      <w:tr w:rsidR="00E10B51">
        <w:trPr>
          <w:trHeight w:hRule="exact" w:val="492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2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Виды, формы контроля</w:t>
            </w:r>
          </w:p>
        </w:tc>
      </w:tr>
      <w:tr w:rsidR="00E10B51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B51" w:rsidRDefault="00E10B51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B51" w:rsidRDefault="00E10B5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B51" w:rsidRDefault="00E10B51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B51" w:rsidRDefault="00E10B51"/>
        </w:tc>
      </w:tr>
      <w:tr w:rsidR="00E10B5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</w:tr>
      <w:tr w:rsidR="00E10B5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</w:tr>
      <w:tr w:rsidR="00E10B5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</w:tr>
      <w:tr w:rsidR="00E10B51">
        <w:trPr>
          <w:trHeight w:hRule="exact" w:val="494"/>
        </w:trPr>
        <w:tc>
          <w:tcPr>
            <w:tcW w:w="9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27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</w:tr>
      <w:tr w:rsidR="00E10B5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</w:tr>
      <w:tr w:rsidR="00E10B5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</w:tr>
      <w:tr w:rsidR="00E10B5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</w:tr>
      <w:tr w:rsidR="00E10B5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</w:tr>
      <w:tr w:rsidR="00E10B5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</w:tr>
      <w:tr w:rsidR="00E10B5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</w:tr>
      <w:tr w:rsidR="00E10B5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</w:tr>
      <w:tr w:rsidR="00E10B5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</w:tr>
      <w:tr w:rsidR="00E10B5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</w:tr>
      <w:tr w:rsidR="00E10B5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</w:tr>
      <w:tr w:rsidR="00E10B5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</w:tr>
      <w:tr w:rsidR="00E10B5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</w:tr>
      <w:tr w:rsidR="00E10B5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</w:tr>
      <w:tr w:rsidR="00E10B5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</w:tr>
      <w:tr w:rsidR="00E10B51">
        <w:trPr>
          <w:trHeight w:hRule="exact" w:val="4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</w:tr>
      <w:tr w:rsidR="00E10B5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</w:tr>
      <w:tr w:rsidR="00E10B5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</w:tr>
      <w:tr w:rsidR="00E10B5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</w:tr>
      <w:tr w:rsidR="00E10B5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</w:tr>
      <w:tr w:rsidR="00E10B5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</w:tr>
      <w:tr w:rsidR="00E10B5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</w:tr>
      <w:tr w:rsidR="00E10B5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</w:tr>
      <w:tr w:rsidR="00E10B51">
        <w:trPr>
          <w:trHeight w:hRule="exact" w:val="47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</w:tr>
    </w:tbl>
    <w:p w:rsidR="00E10B51" w:rsidRDefault="00E10B51">
      <w:pPr>
        <w:autoSpaceDE w:val="0"/>
        <w:autoSpaceDN w:val="0"/>
        <w:spacing w:after="0" w:line="14" w:lineRule="exact"/>
      </w:pPr>
    </w:p>
    <w:p w:rsidR="00E10B51" w:rsidRDefault="00E10B51">
      <w:pPr>
        <w:sectPr w:rsidR="00E10B51">
          <w:pgSz w:w="11900" w:h="16840"/>
          <w:pgMar w:top="298" w:right="650" w:bottom="52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10B51" w:rsidRDefault="00E10B5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960"/>
        <w:gridCol w:w="2726"/>
        <w:gridCol w:w="732"/>
        <w:gridCol w:w="1620"/>
        <w:gridCol w:w="1668"/>
        <w:gridCol w:w="1164"/>
        <w:gridCol w:w="1682"/>
      </w:tblGrid>
      <w:tr w:rsidR="00E10B5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</w:tr>
      <w:tr w:rsidR="00E10B5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</w:tr>
      <w:tr w:rsidR="00E10B5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</w:tr>
      <w:tr w:rsidR="00E10B5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</w:tr>
      <w:tr w:rsidR="00E10B5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</w:tr>
      <w:tr w:rsidR="00E10B5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</w:tr>
      <w:tr w:rsidR="00E10B51">
        <w:trPr>
          <w:trHeight w:hRule="exact" w:val="4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</w:tr>
      <w:tr w:rsidR="00E10B51">
        <w:trPr>
          <w:trHeight w:hRule="exact" w:val="49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</w:tr>
      <w:tr w:rsidR="00E10B51">
        <w:trPr>
          <w:trHeight w:hRule="exact" w:val="4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</w:tr>
      <w:tr w:rsidR="00E10B5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</w:tr>
      <w:tr w:rsidR="00E10B5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</w:tr>
      <w:tr w:rsidR="00E10B5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</w:tr>
      <w:tr w:rsidR="00E10B5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</w:tr>
      <w:tr w:rsidR="00E10B5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</w:tr>
      <w:tr w:rsidR="00E10B5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</w:tr>
      <w:tr w:rsidR="00E10B5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</w:tr>
      <w:tr w:rsidR="00E10B5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</w:tr>
      <w:tr w:rsidR="00E10B5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</w:tr>
      <w:tr w:rsidR="00E10B5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</w:tr>
      <w:tr w:rsidR="00E10B5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</w:tr>
      <w:tr w:rsidR="00E10B5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</w:tr>
      <w:tr w:rsidR="00E10B51">
        <w:trPr>
          <w:trHeight w:hRule="exact" w:val="4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</w:tr>
      <w:tr w:rsidR="00E10B5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</w:tr>
      <w:tr w:rsidR="00E10B5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</w:tr>
      <w:tr w:rsidR="00E10B5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</w:tr>
      <w:tr w:rsidR="00E10B5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</w:tr>
      <w:tr w:rsidR="00E10B5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</w:tr>
      <w:tr w:rsidR="00E10B5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</w:tr>
      <w:tr w:rsidR="00E10B5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</w:tr>
      <w:tr w:rsidR="00E10B5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</w:tr>
      <w:tr w:rsidR="00E10B51">
        <w:trPr>
          <w:trHeight w:hRule="exact" w:val="47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</w:tr>
    </w:tbl>
    <w:p w:rsidR="00E10B51" w:rsidRDefault="00E10B51">
      <w:pPr>
        <w:autoSpaceDE w:val="0"/>
        <w:autoSpaceDN w:val="0"/>
        <w:spacing w:after="0" w:line="14" w:lineRule="exact"/>
      </w:pPr>
    </w:p>
    <w:p w:rsidR="00E10B51" w:rsidRDefault="00E10B51">
      <w:pPr>
        <w:sectPr w:rsidR="00E10B51">
          <w:pgSz w:w="11900" w:h="16840"/>
          <w:pgMar w:top="284" w:right="650" w:bottom="50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10B51" w:rsidRDefault="00E10B5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960"/>
        <w:gridCol w:w="2726"/>
        <w:gridCol w:w="732"/>
        <w:gridCol w:w="1620"/>
        <w:gridCol w:w="1668"/>
        <w:gridCol w:w="1164"/>
        <w:gridCol w:w="1682"/>
      </w:tblGrid>
      <w:tr w:rsidR="00E10B5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</w:tr>
      <w:tr w:rsidR="00E10B5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</w:tr>
      <w:tr w:rsidR="00E10B5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</w:tr>
      <w:tr w:rsidR="00E10B5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</w:tr>
      <w:tr w:rsidR="00E10B5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</w:tr>
      <w:tr w:rsidR="00E10B5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</w:tr>
      <w:tr w:rsidR="00E10B51">
        <w:trPr>
          <w:trHeight w:hRule="exact" w:val="4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</w:tr>
      <w:tr w:rsidR="00E10B51">
        <w:trPr>
          <w:trHeight w:hRule="exact" w:val="49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</w:tr>
      <w:tr w:rsidR="00E10B51">
        <w:trPr>
          <w:trHeight w:hRule="exact" w:val="4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67.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</w:tr>
      <w:tr w:rsidR="00E10B5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</w:tr>
      <w:tr w:rsidR="00E10B51">
        <w:trPr>
          <w:trHeight w:hRule="exact" w:val="808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Pr="004B3D16" w:rsidRDefault="002519B0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4B3D1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2519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  <w:tc>
          <w:tcPr>
            <w:tcW w:w="2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0B51" w:rsidRDefault="00E10B51"/>
        </w:tc>
      </w:tr>
    </w:tbl>
    <w:p w:rsidR="00E10B51" w:rsidRDefault="00E10B51">
      <w:pPr>
        <w:autoSpaceDE w:val="0"/>
        <w:autoSpaceDN w:val="0"/>
        <w:spacing w:after="0" w:line="14" w:lineRule="exact"/>
      </w:pPr>
    </w:p>
    <w:p w:rsidR="00E10B51" w:rsidRDefault="00E10B51">
      <w:pPr>
        <w:sectPr w:rsidR="00E10B51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10B51" w:rsidRDefault="00E10B51">
      <w:pPr>
        <w:autoSpaceDE w:val="0"/>
        <w:autoSpaceDN w:val="0"/>
        <w:spacing w:after="78" w:line="220" w:lineRule="exact"/>
      </w:pPr>
    </w:p>
    <w:p w:rsidR="00E10B51" w:rsidRDefault="002519B0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E10B51" w:rsidRDefault="002519B0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ОБЯЗАТЕЛЬНЫЕ </w:t>
      </w:r>
      <w:r>
        <w:rPr>
          <w:rFonts w:ascii="Times New Roman" w:eastAsia="Times New Roman" w:hAnsi="Times New Roman"/>
          <w:b/>
          <w:color w:val="000000"/>
          <w:sz w:val="24"/>
        </w:rPr>
        <w:t>УЧЕБНЫЕ МАТЕРИАЛЫ ДЛЯ УЧЕНИКА</w:t>
      </w:r>
    </w:p>
    <w:p w:rsidR="00E10B51" w:rsidRPr="004B3D16" w:rsidRDefault="002519B0">
      <w:pPr>
        <w:autoSpaceDE w:val="0"/>
        <w:autoSpaceDN w:val="0"/>
        <w:spacing w:before="166" w:after="0"/>
        <w:ind w:right="144"/>
        <w:rPr>
          <w:lang w:val="ru-RU"/>
        </w:rPr>
      </w:pP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Русский родной язык, 5 класс/Александрова О.М., Загоровская О.В., Богданов С.И., Вербицкая Л.А., </w:t>
      </w:r>
      <w:proofErr w:type="spell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Гостева</w:t>
      </w:r>
      <w:proofErr w:type="spell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Ю.Н., </w:t>
      </w:r>
      <w:proofErr w:type="spell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Добротина</w:t>
      </w:r>
      <w:proofErr w:type="spell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И.Н., </w:t>
      </w:r>
      <w:proofErr w:type="spell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Нарушевич</w:t>
      </w:r>
      <w:proofErr w:type="spell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 А.Г., Казакова Е.И., Васильевых И.П.; АО «</w:t>
      </w:r>
      <w:proofErr w:type="spellStart"/>
      <w:proofErr w:type="gramStart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Издательство«</w:t>
      </w:r>
      <w:proofErr w:type="gram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Просвещение</w:t>
      </w:r>
      <w:proofErr w:type="spellEnd"/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 xml:space="preserve">»; </w:t>
      </w:r>
      <w:r w:rsidRPr="004B3D16">
        <w:rPr>
          <w:lang w:val="ru-RU"/>
        </w:rPr>
        <w:br/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т:</w:t>
      </w:r>
    </w:p>
    <w:p w:rsidR="00E10B51" w:rsidRPr="004B3D16" w:rsidRDefault="002519B0">
      <w:pPr>
        <w:autoSpaceDE w:val="0"/>
        <w:autoSpaceDN w:val="0"/>
        <w:spacing w:before="262" w:after="0" w:line="230" w:lineRule="auto"/>
        <w:rPr>
          <w:lang w:val="ru-RU"/>
        </w:rPr>
      </w:pPr>
      <w:r w:rsidRPr="004B3D16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E10B51" w:rsidRPr="004B3D16" w:rsidRDefault="002519B0">
      <w:pPr>
        <w:autoSpaceDE w:val="0"/>
        <w:autoSpaceDN w:val="0"/>
        <w:spacing w:before="166" w:after="0" w:line="230" w:lineRule="auto"/>
        <w:rPr>
          <w:lang w:val="ru-RU"/>
        </w:rPr>
      </w:pP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УМК Александровой О.М. и др.</w:t>
      </w:r>
    </w:p>
    <w:p w:rsidR="00E10B51" w:rsidRPr="004B3D16" w:rsidRDefault="002519B0">
      <w:pPr>
        <w:autoSpaceDE w:val="0"/>
        <w:autoSpaceDN w:val="0"/>
        <w:spacing w:before="264" w:after="0" w:line="230" w:lineRule="auto"/>
        <w:rPr>
          <w:lang w:val="ru-RU"/>
        </w:rPr>
      </w:pPr>
      <w:r w:rsidRPr="004B3D16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E10B51" w:rsidRPr="004B3D16" w:rsidRDefault="002519B0">
      <w:pPr>
        <w:autoSpaceDE w:val="0"/>
        <w:autoSpaceDN w:val="0"/>
        <w:spacing w:before="168" w:after="0" w:line="230" w:lineRule="auto"/>
        <w:rPr>
          <w:lang w:val="ru-RU"/>
        </w:rPr>
      </w:pP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Ресурсы сети интернет</w:t>
      </w:r>
    </w:p>
    <w:p w:rsidR="00E10B51" w:rsidRPr="004B3D16" w:rsidRDefault="00E10B51">
      <w:pPr>
        <w:rPr>
          <w:lang w:val="ru-RU"/>
        </w:rPr>
        <w:sectPr w:rsidR="00E10B51" w:rsidRPr="004B3D16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10B51" w:rsidRPr="004B3D16" w:rsidRDefault="00E10B51">
      <w:pPr>
        <w:autoSpaceDE w:val="0"/>
        <w:autoSpaceDN w:val="0"/>
        <w:spacing w:after="78" w:line="220" w:lineRule="exact"/>
        <w:rPr>
          <w:lang w:val="ru-RU"/>
        </w:rPr>
      </w:pPr>
    </w:p>
    <w:p w:rsidR="00E10B51" w:rsidRPr="004B3D16" w:rsidRDefault="002519B0">
      <w:pPr>
        <w:autoSpaceDE w:val="0"/>
        <w:autoSpaceDN w:val="0"/>
        <w:spacing w:after="0" w:line="230" w:lineRule="auto"/>
        <w:rPr>
          <w:lang w:val="ru-RU"/>
        </w:rPr>
      </w:pPr>
      <w:r w:rsidRPr="004B3D16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E10B51" w:rsidRPr="004B3D16" w:rsidRDefault="002519B0">
      <w:pPr>
        <w:autoSpaceDE w:val="0"/>
        <w:autoSpaceDN w:val="0"/>
        <w:spacing w:before="346" w:after="0" w:line="302" w:lineRule="auto"/>
        <w:ind w:right="7200"/>
        <w:rPr>
          <w:lang w:val="ru-RU"/>
        </w:rPr>
      </w:pPr>
      <w:r w:rsidRPr="004B3D1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УЧЕБНОЕ ОБОРУДОВАНИЕ </w:t>
      </w:r>
      <w:r w:rsidRPr="004B3D16">
        <w:rPr>
          <w:lang w:val="ru-RU"/>
        </w:rPr>
        <w:br/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Учебник, проектор...</w:t>
      </w:r>
    </w:p>
    <w:p w:rsidR="00E10B51" w:rsidRPr="004B3D16" w:rsidRDefault="002519B0">
      <w:pPr>
        <w:autoSpaceDE w:val="0"/>
        <w:autoSpaceDN w:val="0"/>
        <w:spacing w:before="262" w:after="0" w:line="302" w:lineRule="auto"/>
        <w:ind w:right="3024"/>
        <w:rPr>
          <w:lang w:val="ru-RU"/>
        </w:rPr>
      </w:pPr>
      <w:r w:rsidRPr="004B3D16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</w:t>
      </w:r>
      <w:r w:rsidRPr="004B3D1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ОВАНИЕ ДЛЯ ПРОВЕДЕНИЯ ПРАКТИЧЕСКИХ РАБОТ </w:t>
      </w:r>
      <w:r w:rsidRPr="004B3D16">
        <w:rPr>
          <w:rFonts w:ascii="Times New Roman" w:eastAsia="Times New Roman" w:hAnsi="Times New Roman"/>
          <w:color w:val="000000"/>
          <w:sz w:val="24"/>
          <w:lang w:val="ru-RU"/>
        </w:rPr>
        <w:t>Проектор, доска, раздаточный материал...</w:t>
      </w:r>
    </w:p>
    <w:p w:rsidR="00E10B51" w:rsidRPr="004B3D16" w:rsidRDefault="00E10B51">
      <w:pPr>
        <w:rPr>
          <w:lang w:val="ru-RU"/>
        </w:rPr>
        <w:sectPr w:rsidR="00E10B51" w:rsidRPr="004B3D16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519B0" w:rsidRPr="004B3D16" w:rsidRDefault="002519B0">
      <w:pPr>
        <w:rPr>
          <w:lang w:val="ru-RU"/>
        </w:rPr>
      </w:pPr>
    </w:p>
    <w:sectPr w:rsidR="002519B0" w:rsidRPr="004B3D16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519B0"/>
    <w:rsid w:val="0029639D"/>
    <w:rsid w:val="00326F90"/>
    <w:rsid w:val="004B3D16"/>
    <w:rsid w:val="00AA1D8D"/>
    <w:rsid w:val="00B47730"/>
    <w:rsid w:val="00CB0664"/>
    <w:rsid w:val="00E10B5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0023B6CB-54A7-4B45-84C9-1C7D0D3B9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6442EB2-7929-4782-A0B0-F9713B4DF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8554</Words>
  <Characters>48763</Characters>
  <Application>Microsoft Office Word</Application>
  <DocSecurity>0</DocSecurity>
  <Lines>406</Lines>
  <Paragraphs>114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57203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Татьяна</cp:lastModifiedBy>
  <cp:revision>2</cp:revision>
  <dcterms:created xsi:type="dcterms:W3CDTF">2022-08-13T18:19:00Z</dcterms:created>
  <dcterms:modified xsi:type="dcterms:W3CDTF">2022-08-13T18:19:00Z</dcterms:modified>
  <cp:category/>
</cp:coreProperties>
</file>